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52C93" w14:textId="02FA5233" w:rsidR="00100D60" w:rsidRPr="00D500E2" w:rsidRDefault="008E22B1" w:rsidP="00D500E2">
      <w:pPr>
        <w:pStyle w:val="Rubrik1"/>
        <w:rPr>
          <w:rFonts w:ascii="Aptos Display" w:hAnsi="Aptos Display"/>
          <w:b w:val="0"/>
          <w:bCs w:val="0"/>
          <w:sz w:val="40"/>
          <w:szCs w:val="40"/>
          <w:lang w:val="sv-SE"/>
        </w:rPr>
      </w:pPr>
      <w:r w:rsidRPr="00D500E2">
        <w:rPr>
          <w:rFonts w:ascii="Aptos Display" w:hAnsi="Aptos Display"/>
          <w:b w:val="0"/>
          <w:bCs w:val="0"/>
          <w:sz w:val="40"/>
          <w:szCs w:val="40"/>
          <w:lang w:val="sv-SE"/>
        </w:rPr>
        <w:t>Avtalsmall för Mentorprogram</w:t>
      </w:r>
    </w:p>
    <w:p w14:paraId="09D4F54B" w14:textId="1DA86432" w:rsidR="00100D60" w:rsidRPr="00D500E2" w:rsidRDefault="008E22B1">
      <w:pPr>
        <w:rPr>
          <w:rFonts w:ascii="Rockwell Light" w:hAnsi="Rockwell Light" w:cstheme="majorHAnsi"/>
          <w:b/>
          <w:bCs/>
          <w:lang w:val="sv-SE"/>
        </w:rPr>
      </w:pPr>
      <w:r w:rsidRPr="00D500E2">
        <w:rPr>
          <w:rFonts w:ascii="Rockwell Light" w:hAnsi="Rockwell Light" w:cstheme="majorHAnsi"/>
          <w:b/>
          <w:bCs/>
          <w:lang w:val="sv-SE"/>
        </w:rPr>
        <w:t xml:space="preserve">Datum: </w:t>
      </w:r>
      <w:r w:rsidR="001F61D7" w:rsidRPr="00D500E2">
        <w:rPr>
          <w:rFonts w:ascii="Rockwell Light" w:hAnsi="Rockwell Light" w:cstheme="majorHAnsi"/>
          <w:b/>
          <w:bCs/>
          <w:lang w:val="sv-SE"/>
        </w:rPr>
        <w:t>[</w:t>
      </w:r>
      <w:r w:rsidR="001F61D7" w:rsidRPr="00D500E2">
        <w:rPr>
          <w:rFonts w:ascii="Rockwell Light" w:hAnsi="Rockwell Light" w:cstheme="majorHAnsi"/>
          <w:b/>
          <w:bCs/>
          <w:lang w:val="sv-SE"/>
        </w:rPr>
        <w:fldChar w:fldCharType="begin"/>
      </w:r>
      <w:r w:rsidR="001F61D7" w:rsidRPr="00D500E2">
        <w:rPr>
          <w:rFonts w:ascii="Rockwell Light" w:hAnsi="Rockwell Light" w:cstheme="majorHAnsi"/>
          <w:b/>
          <w:bCs/>
          <w:lang w:val="sv-SE"/>
        </w:rPr>
        <w:instrText xml:space="preserve"> DATE  \@ "d MMMM yyyy"  \* MERGEFORMAT </w:instrText>
      </w:r>
      <w:r w:rsidR="001F61D7" w:rsidRPr="00D500E2">
        <w:rPr>
          <w:rFonts w:ascii="Rockwell Light" w:hAnsi="Rockwell Light" w:cstheme="majorHAnsi"/>
          <w:b/>
          <w:bCs/>
          <w:lang w:val="sv-SE"/>
        </w:rPr>
        <w:fldChar w:fldCharType="separate"/>
      </w:r>
      <w:r w:rsidR="00D500E2">
        <w:rPr>
          <w:rFonts w:ascii="Rockwell Light" w:hAnsi="Rockwell Light" w:cstheme="majorHAnsi"/>
          <w:b/>
          <w:bCs/>
          <w:noProof/>
          <w:lang w:val="sv-SE"/>
        </w:rPr>
        <w:t>21 oktober 2025</w:t>
      </w:r>
      <w:r w:rsidR="001F61D7" w:rsidRPr="00D500E2">
        <w:rPr>
          <w:rFonts w:ascii="Rockwell Light" w:hAnsi="Rockwell Light" w:cstheme="majorHAnsi"/>
          <w:b/>
          <w:bCs/>
          <w:lang w:val="sv-SE"/>
        </w:rPr>
        <w:fldChar w:fldCharType="end"/>
      </w:r>
      <w:r w:rsidR="001F61D7" w:rsidRPr="00D500E2">
        <w:rPr>
          <w:rFonts w:ascii="Rockwell Light" w:hAnsi="Rockwell Light" w:cstheme="majorHAnsi"/>
          <w:b/>
          <w:bCs/>
          <w:lang w:val="sv-SE"/>
        </w:rPr>
        <w:t>]</w:t>
      </w:r>
    </w:p>
    <w:p w14:paraId="694C7D22" w14:textId="08261B90" w:rsidR="0009308E" w:rsidRPr="00D500E2" w:rsidRDefault="0009308E">
      <w:pPr>
        <w:rPr>
          <w:rFonts w:ascii="Rockwell Light" w:hAnsi="Rockwell Light" w:cstheme="majorHAnsi"/>
          <w:b/>
          <w:bCs/>
          <w:lang w:val="sv-SE"/>
        </w:rPr>
      </w:pPr>
      <w:r w:rsidRPr="00D500E2">
        <w:rPr>
          <w:rFonts w:ascii="Rockwell Light" w:hAnsi="Rockwell Light" w:cstheme="majorHAnsi"/>
          <w:b/>
          <w:bCs/>
          <w:lang w:val="sv-SE"/>
        </w:rPr>
        <w:t>Detta avtal är mellan [</w:t>
      </w:r>
      <w:r w:rsidRPr="00D500E2">
        <w:rPr>
          <w:rFonts w:ascii="Rockwell Light" w:hAnsi="Rockwell Light" w:cstheme="majorHAnsi"/>
          <w:b/>
          <w:bCs/>
          <w:lang w:val="sv-SE"/>
        </w:rPr>
        <w:fldChar w:fldCharType="begin"/>
      </w:r>
      <w:r w:rsidRPr="00D500E2">
        <w:rPr>
          <w:rFonts w:ascii="Rockwell Light" w:hAnsi="Rockwell Light" w:cstheme="majorHAnsi"/>
          <w:b/>
          <w:bCs/>
          <w:lang w:val="sv-SE"/>
        </w:rPr>
        <w:instrText xml:space="preserve"> USERADDRESS  \* Upper  \* MERGEFORMAT </w:instrText>
      </w:r>
      <w:r w:rsidRPr="00D500E2">
        <w:rPr>
          <w:rFonts w:ascii="Rockwell Light" w:hAnsi="Rockwell Light" w:cstheme="majorHAnsi"/>
          <w:b/>
          <w:bCs/>
          <w:lang w:val="sv-SE"/>
        </w:rPr>
        <w:fldChar w:fldCharType="end"/>
      </w:r>
      <w:r w:rsidRPr="00D500E2">
        <w:rPr>
          <w:rFonts w:ascii="Rockwell Light" w:hAnsi="Rockwell Light" w:cstheme="majorHAnsi"/>
          <w:b/>
          <w:bCs/>
          <w:lang w:val="sv-SE"/>
        </w:rPr>
        <w:fldChar w:fldCharType="begin"/>
      </w:r>
      <w:r w:rsidRPr="00D500E2">
        <w:rPr>
          <w:rFonts w:ascii="Rockwell Light" w:hAnsi="Rockwell Light" w:cstheme="majorHAnsi"/>
          <w:b/>
          <w:bCs/>
          <w:lang w:val="sv-SE"/>
        </w:rPr>
        <w:instrText xml:space="preserve"> USERADDRESS  företag/organisation \* Upper  \* MERGEFORMAT </w:instrText>
      </w:r>
      <w:r w:rsidRPr="00D500E2">
        <w:rPr>
          <w:rFonts w:ascii="Rockwell Light" w:hAnsi="Rockwell Light" w:cstheme="majorHAnsi"/>
          <w:b/>
          <w:bCs/>
          <w:lang w:val="sv-SE"/>
        </w:rPr>
        <w:fldChar w:fldCharType="separate"/>
      </w:r>
      <w:r w:rsidRPr="00D500E2">
        <w:rPr>
          <w:rFonts w:ascii="Rockwell Light" w:hAnsi="Rockwell Light" w:cstheme="majorHAnsi"/>
          <w:b/>
          <w:bCs/>
          <w:noProof/>
          <w:lang w:val="sv-SE"/>
        </w:rPr>
        <w:t>FÖRETAG/ORGANISATION</w:t>
      </w:r>
      <w:r w:rsidRPr="00D500E2">
        <w:rPr>
          <w:rFonts w:ascii="Rockwell Light" w:hAnsi="Rockwell Light" w:cstheme="majorHAnsi"/>
          <w:b/>
          <w:bCs/>
          <w:lang w:val="sv-SE"/>
        </w:rPr>
        <w:fldChar w:fldCharType="end"/>
      </w:r>
      <w:r w:rsidRPr="00D500E2">
        <w:rPr>
          <w:rFonts w:ascii="Rockwell Light" w:hAnsi="Rockwell Light" w:cstheme="majorHAnsi"/>
          <w:b/>
          <w:bCs/>
          <w:lang w:val="sv-SE"/>
        </w:rPr>
        <w:t>] och mentor [</w:t>
      </w:r>
      <w:r w:rsidRPr="00D500E2">
        <w:rPr>
          <w:rFonts w:ascii="Rockwell Light" w:hAnsi="Rockwell Light" w:cstheme="majorHAnsi"/>
          <w:b/>
          <w:bCs/>
          <w:lang w:val="sv-SE"/>
        </w:rPr>
        <w:fldChar w:fldCharType="begin"/>
      </w:r>
      <w:r w:rsidRPr="00D500E2">
        <w:rPr>
          <w:rFonts w:ascii="Rockwell Light" w:hAnsi="Rockwell Light" w:cstheme="majorHAnsi"/>
          <w:b/>
          <w:bCs/>
          <w:lang w:val="sv-SE"/>
        </w:rPr>
        <w:instrText xml:space="preserve"> USERNAME  namn \* Upper  \* MERGEFORMAT </w:instrText>
      </w:r>
      <w:r w:rsidRPr="00D500E2">
        <w:rPr>
          <w:rFonts w:ascii="Rockwell Light" w:hAnsi="Rockwell Light" w:cstheme="majorHAnsi"/>
          <w:b/>
          <w:bCs/>
          <w:lang w:val="sv-SE"/>
        </w:rPr>
        <w:fldChar w:fldCharType="separate"/>
      </w:r>
      <w:r w:rsidRPr="00D500E2">
        <w:rPr>
          <w:rFonts w:ascii="Rockwell Light" w:hAnsi="Rockwell Light" w:cstheme="majorHAnsi"/>
          <w:b/>
          <w:bCs/>
          <w:noProof/>
          <w:lang w:val="sv-SE"/>
        </w:rPr>
        <w:t>NAMN</w:t>
      </w:r>
      <w:r w:rsidRPr="00D500E2">
        <w:rPr>
          <w:rFonts w:ascii="Rockwell Light" w:hAnsi="Rockwell Light" w:cstheme="majorHAnsi"/>
          <w:b/>
          <w:bCs/>
          <w:lang w:val="sv-SE"/>
        </w:rPr>
        <w:fldChar w:fldCharType="end"/>
      </w:r>
      <w:r w:rsidRPr="00D500E2">
        <w:rPr>
          <w:rFonts w:ascii="Rockwell Light" w:hAnsi="Rockwell Light" w:cstheme="majorHAnsi"/>
          <w:b/>
          <w:bCs/>
          <w:lang w:val="sv-SE"/>
        </w:rPr>
        <w:t>] för mentorprogram inom [</w:t>
      </w:r>
      <w:r w:rsidRPr="00D500E2">
        <w:rPr>
          <w:rFonts w:ascii="Rockwell Light" w:hAnsi="Rockwell Light" w:cstheme="majorHAnsi"/>
          <w:b/>
          <w:bCs/>
          <w:lang w:val="sv-SE"/>
        </w:rPr>
        <w:fldChar w:fldCharType="begin"/>
      </w:r>
      <w:r w:rsidRPr="00D500E2">
        <w:rPr>
          <w:rFonts w:ascii="Rockwell Light" w:hAnsi="Rockwell Light" w:cstheme="majorHAnsi"/>
          <w:b/>
          <w:bCs/>
          <w:lang w:val="sv-SE"/>
        </w:rPr>
        <w:instrText xml:space="preserve"> USERADDRESS  språk \* Upper  \* MERGEFORMAT </w:instrText>
      </w:r>
      <w:r w:rsidRPr="00D500E2">
        <w:rPr>
          <w:rFonts w:ascii="Rockwell Light" w:hAnsi="Rockwell Light" w:cstheme="majorHAnsi"/>
          <w:b/>
          <w:bCs/>
          <w:lang w:val="sv-SE"/>
        </w:rPr>
        <w:fldChar w:fldCharType="separate"/>
      </w:r>
      <w:r w:rsidRPr="00D500E2">
        <w:rPr>
          <w:rFonts w:ascii="Rockwell Light" w:hAnsi="Rockwell Light" w:cstheme="majorHAnsi"/>
          <w:b/>
          <w:bCs/>
          <w:noProof/>
          <w:lang w:val="sv-SE"/>
        </w:rPr>
        <w:t>SPRÅK</w:t>
      </w:r>
      <w:r w:rsidRPr="00D500E2">
        <w:rPr>
          <w:rFonts w:ascii="Rockwell Light" w:hAnsi="Rockwell Light" w:cstheme="majorHAnsi"/>
          <w:b/>
          <w:bCs/>
          <w:lang w:val="sv-SE"/>
        </w:rPr>
        <w:fldChar w:fldCharType="end"/>
      </w:r>
      <w:r w:rsidRPr="00D500E2">
        <w:rPr>
          <w:rFonts w:ascii="Rockwell Light" w:hAnsi="Rockwell Light" w:cstheme="majorHAnsi"/>
          <w:b/>
          <w:bCs/>
          <w:lang w:val="sv-SE"/>
        </w:rPr>
        <w:t>].</w:t>
      </w:r>
    </w:p>
    <w:p w14:paraId="49D2E91B" w14:textId="3F687E49" w:rsidR="00100D60" w:rsidRPr="00D500E2" w:rsidRDefault="008E22B1">
      <w:pPr>
        <w:rPr>
          <w:rFonts w:ascii="Rockwell Light" w:hAnsi="Rockwell Light" w:cstheme="majorHAnsi"/>
          <w:b/>
          <w:bCs/>
          <w:lang w:val="sv-SE"/>
        </w:rPr>
      </w:pPr>
      <w:r w:rsidRPr="00D500E2">
        <w:rPr>
          <w:rFonts w:ascii="Rockwell Light" w:hAnsi="Rockwell Light" w:cstheme="majorHAnsi"/>
          <w:b/>
          <w:bCs/>
          <w:lang w:val="sv-SE"/>
        </w:rPr>
        <w:t>Avtalet gäller under perioden</w:t>
      </w:r>
      <w:r w:rsidR="00C165CF" w:rsidRPr="00D500E2">
        <w:rPr>
          <w:rFonts w:ascii="Rockwell Light" w:hAnsi="Rockwell Light" w:cstheme="majorHAnsi"/>
          <w:b/>
          <w:bCs/>
          <w:lang w:val="sv-SE"/>
        </w:rPr>
        <w:t>:</w:t>
      </w:r>
      <w:r w:rsidRPr="00D500E2">
        <w:rPr>
          <w:rFonts w:ascii="Rockwell Light" w:hAnsi="Rockwell Light" w:cstheme="majorHAnsi"/>
          <w:b/>
          <w:bCs/>
          <w:lang w:val="sv-SE"/>
        </w:rPr>
        <w:t xml:space="preserve"> </w:t>
      </w:r>
      <w:r w:rsidR="001F61D7" w:rsidRPr="00D500E2">
        <w:rPr>
          <w:rFonts w:ascii="Rockwell Light" w:hAnsi="Rockwell Light" w:cstheme="majorHAnsi"/>
          <w:b/>
          <w:bCs/>
          <w:lang w:val="sv-SE"/>
        </w:rPr>
        <w:t>[</w:t>
      </w:r>
      <w:r w:rsidR="00C165CF" w:rsidRPr="00D500E2">
        <w:rPr>
          <w:rFonts w:ascii="Rockwell Light" w:hAnsi="Rockwell Light" w:cstheme="majorHAnsi"/>
          <w:b/>
          <w:bCs/>
          <w:lang w:val="sv-SE"/>
        </w:rPr>
        <w:fldChar w:fldCharType="begin"/>
      </w:r>
      <w:r w:rsidR="00C165CF" w:rsidRPr="00D500E2">
        <w:rPr>
          <w:rFonts w:ascii="Rockwell Light" w:hAnsi="Rockwell Light" w:cstheme="majorHAnsi"/>
          <w:b/>
          <w:bCs/>
          <w:lang w:val="sv-SE"/>
        </w:rPr>
        <w:instrText xml:space="preserve"> SUBJECT  startdatum \* Upper  \* MERGEFORMAT </w:instrText>
      </w:r>
      <w:r w:rsidR="00C165CF" w:rsidRPr="00D500E2">
        <w:rPr>
          <w:rFonts w:ascii="Rockwell Light" w:hAnsi="Rockwell Light" w:cstheme="majorHAnsi"/>
          <w:b/>
          <w:bCs/>
          <w:lang w:val="sv-SE"/>
        </w:rPr>
        <w:fldChar w:fldCharType="separate"/>
      </w:r>
      <w:r w:rsidR="00C165CF" w:rsidRPr="00D500E2">
        <w:rPr>
          <w:rFonts w:ascii="Rockwell Light" w:hAnsi="Rockwell Light" w:cstheme="majorHAnsi"/>
          <w:b/>
          <w:bCs/>
          <w:lang w:val="sv-SE"/>
        </w:rPr>
        <w:t>STARTDATUM</w:t>
      </w:r>
      <w:r w:rsidR="00C165CF" w:rsidRPr="00D500E2">
        <w:rPr>
          <w:rFonts w:ascii="Rockwell Light" w:hAnsi="Rockwell Light" w:cstheme="majorHAnsi"/>
          <w:b/>
          <w:bCs/>
          <w:lang w:val="sv-SE"/>
        </w:rPr>
        <w:fldChar w:fldCharType="end"/>
      </w:r>
      <w:r w:rsidR="001F61D7" w:rsidRPr="00D500E2">
        <w:rPr>
          <w:rFonts w:ascii="Rockwell Light" w:hAnsi="Rockwell Light" w:cstheme="majorHAnsi"/>
          <w:b/>
          <w:bCs/>
          <w:lang w:val="sv-SE"/>
        </w:rPr>
        <w:t>]</w:t>
      </w:r>
      <w:r w:rsidRPr="00D500E2">
        <w:rPr>
          <w:rFonts w:ascii="Rockwell Light" w:hAnsi="Rockwell Light" w:cstheme="majorHAnsi"/>
          <w:b/>
          <w:bCs/>
          <w:lang w:val="sv-SE"/>
        </w:rPr>
        <w:t xml:space="preserve"> till </w:t>
      </w:r>
      <w:r w:rsidR="001F61D7" w:rsidRPr="00D500E2">
        <w:rPr>
          <w:rFonts w:ascii="Rockwell Light" w:hAnsi="Rockwell Light" w:cstheme="majorHAnsi"/>
          <w:b/>
          <w:bCs/>
          <w:lang w:val="sv-SE"/>
        </w:rPr>
        <w:t>[</w:t>
      </w:r>
      <w:r w:rsidR="00C165CF" w:rsidRPr="00D500E2">
        <w:rPr>
          <w:rFonts w:ascii="Rockwell Light" w:hAnsi="Rockwell Light" w:cstheme="majorHAnsi"/>
          <w:b/>
          <w:bCs/>
          <w:lang w:val="sv-SE"/>
        </w:rPr>
        <w:fldChar w:fldCharType="begin"/>
      </w:r>
      <w:r w:rsidR="00C165CF" w:rsidRPr="00D500E2">
        <w:rPr>
          <w:rFonts w:ascii="Rockwell Light" w:hAnsi="Rockwell Light" w:cstheme="majorHAnsi"/>
          <w:b/>
          <w:bCs/>
          <w:lang w:val="sv-SE"/>
        </w:rPr>
        <w:instrText xml:space="preserve"> SUBJECT  slutdatum \* Upper  \* MERGEFORMAT </w:instrText>
      </w:r>
      <w:r w:rsidR="00C165CF" w:rsidRPr="00D500E2">
        <w:rPr>
          <w:rFonts w:ascii="Rockwell Light" w:hAnsi="Rockwell Light" w:cstheme="majorHAnsi"/>
          <w:b/>
          <w:bCs/>
          <w:lang w:val="sv-SE"/>
        </w:rPr>
        <w:fldChar w:fldCharType="separate"/>
      </w:r>
      <w:r w:rsidR="00C165CF" w:rsidRPr="00D500E2">
        <w:rPr>
          <w:rFonts w:ascii="Rockwell Light" w:hAnsi="Rockwell Light" w:cstheme="majorHAnsi"/>
          <w:b/>
          <w:bCs/>
          <w:lang w:val="sv-SE"/>
        </w:rPr>
        <w:t>SLUTDATUM</w:t>
      </w:r>
      <w:r w:rsidR="00C165CF" w:rsidRPr="00D500E2">
        <w:rPr>
          <w:rFonts w:ascii="Rockwell Light" w:hAnsi="Rockwell Light" w:cstheme="majorHAnsi"/>
          <w:b/>
          <w:bCs/>
          <w:lang w:val="sv-SE"/>
        </w:rPr>
        <w:fldChar w:fldCharType="end"/>
      </w:r>
      <w:r w:rsidR="001F61D7" w:rsidRPr="00D500E2">
        <w:rPr>
          <w:rFonts w:ascii="Rockwell Light" w:hAnsi="Rockwell Light" w:cstheme="majorHAnsi"/>
          <w:b/>
          <w:bCs/>
          <w:lang w:val="sv-SE"/>
        </w:rPr>
        <w:t>]</w:t>
      </w:r>
      <w:r w:rsidRPr="00D500E2">
        <w:rPr>
          <w:rFonts w:ascii="Rockwell Light" w:hAnsi="Rockwell Light" w:cstheme="majorHAnsi"/>
          <w:b/>
          <w:bCs/>
          <w:lang w:val="sv-SE"/>
        </w:rPr>
        <w:t>.</w:t>
      </w:r>
    </w:p>
    <w:p w14:paraId="4C441E28" w14:textId="77777777" w:rsidR="0009308E" w:rsidRPr="00D500E2" w:rsidRDefault="0009308E">
      <w:pPr>
        <w:rPr>
          <w:rFonts w:ascii="Rockwell Light" w:hAnsi="Rockwell Light" w:cstheme="majorHAnsi"/>
          <w:lang w:val="sv-SE"/>
        </w:rPr>
      </w:pPr>
    </w:p>
    <w:p w14:paraId="3B4586C1" w14:textId="77777777" w:rsidR="00100D60" w:rsidRPr="00D500E2" w:rsidRDefault="008E22B1" w:rsidP="0009308E">
      <w:pPr>
        <w:rPr>
          <w:rFonts w:ascii="Rockwell Light" w:hAnsi="Rockwell Light"/>
          <w:b/>
          <w:bCs/>
          <w:lang w:val="sv-SE"/>
        </w:rPr>
      </w:pPr>
      <w:r w:rsidRPr="00D500E2">
        <w:rPr>
          <w:rFonts w:ascii="Rockwell Light" w:hAnsi="Rockwell Light"/>
          <w:b/>
          <w:bCs/>
          <w:lang w:val="sv-SE"/>
        </w:rPr>
        <w:t>Uppdraget innebär:</w:t>
      </w:r>
    </w:p>
    <w:p w14:paraId="5DFA6AE7" w14:textId="2F2E9300" w:rsidR="00100D60" w:rsidRPr="00D500E2" w:rsidRDefault="6E902036" w:rsidP="33A49642">
      <w:pPr>
        <w:rPr>
          <w:rFonts w:ascii="Rockwell Light" w:hAnsi="Rockwell Light" w:cstheme="majorBidi"/>
          <w:lang w:val="sv-SE"/>
        </w:rPr>
      </w:pPr>
      <w:r w:rsidRPr="00D500E2">
        <w:rPr>
          <w:rFonts w:ascii="Rockwell Light" w:hAnsi="Rockwell Light" w:cstheme="majorBidi"/>
          <w:lang w:val="sv-SE"/>
        </w:rPr>
        <w:t>Mentorn arbetar med handledning av lärling och överför språkkunskaper inom ramen för mentorprogrammets syfte.</w:t>
      </w:r>
      <w:r w:rsidR="2EEB8E35" w:rsidRPr="00D500E2">
        <w:rPr>
          <w:rFonts w:ascii="Rockwell Light" w:hAnsi="Rockwell Light" w:cstheme="majorBidi"/>
          <w:lang w:val="sv-SE"/>
        </w:rPr>
        <w:t xml:space="preserve"> </w:t>
      </w:r>
      <w:r w:rsidRPr="00D500E2">
        <w:rPr>
          <w:rFonts w:ascii="Rockwell Light" w:hAnsi="Rockwell Light" w:cstheme="majorBidi"/>
          <w:lang w:val="sv-SE"/>
        </w:rPr>
        <w:t>Mentorn ansvarar för planering och genomförande av mentorträffar baserat på lärlingens mål.</w:t>
      </w:r>
      <w:r w:rsidR="2EEB8E35" w:rsidRPr="00D500E2">
        <w:rPr>
          <w:rFonts w:ascii="Rockwell Light" w:hAnsi="Rockwell Light" w:cstheme="majorBidi"/>
          <w:lang w:val="sv-SE"/>
        </w:rPr>
        <w:t xml:space="preserve"> </w:t>
      </w:r>
      <w:r w:rsidRPr="00D500E2">
        <w:rPr>
          <w:rFonts w:ascii="Rockwell Light" w:hAnsi="Rockwell Light" w:cstheme="majorBidi"/>
          <w:lang w:val="sv-SE"/>
        </w:rPr>
        <w:t xml:space="preserve">Mentorn följer upp lärlingens </w:t>
      </w:r>
      <w:r w:rsidR="53926069" w:rsidRPr="00D500E2">
        <w:rPr>
          <w:rFonts w:ascii="Rockwell Light" w:hAnsi="Rockwell Light" w:cstheme="majorBidi"/>
          <w:lang w:val="sv-SE"/>
        </w:rPr>
        <w:t xml:space="preserve">utveckling/mål/loggbok </w:t>
      </w:r>
      <w:r w:rsidRPr="00D500E2">
        <w:rPr>
          <w:rFonts w:ascii="Rockwell Light" w:hAnsi="Rockwell Light" w:cstheme="majorBidi"/>
          <w:lang w:val="sv-SE"/>
        </w:rPr>
        <w:t xml:space="preserve">en gång per månad och </w:t>
      </w:r>
      <w:r w:rsidR="6C87CE78" w:rsidRPr="00D500E2">
        <w:rPr>
          <w:rFonts w:ascii="Rockwell Light" w:hAnsi="Rockwell Light" w:cstheme="majorBidi"/>
          <w:lang w:val="sv-SE"/>
        </w:rPr>
        <w:t>återkopplar/</w:t>
      </w:r>
      <w:r w:rsidRPr="00D500E2">
        <w:rPr>
          <w:rFonts w:ascii="Rockwell Light" w:hAnsi="Rockwell Light" w:cstheme="majorBidi"/>
          <w:lang w:val="sv-SE"/>
        </w:rPr>
        <w:t>lämnar in denna till programansvarig.</w:t>
      </w:r>
      <w:r w:rsidR="2EEB8E35" w:rsidRPr="00D500E2">
        <w:rPr>
          <w:rFonts w:ascii="Rockwell Light" w:hAnsi="Rockwell Light" w:cstheme="majorBidi"/>
          <w:lang w:val="sv-SE"/>
        </w:rPr>
        <w:t xml:space="preserve"> </w:t>
      </w:r>
      <w:r w:rsidRPr="00D500E2">
        <w:rPr>
          <w:rFonts w:ascii="Rockwell Light" w:hAnsi="Rockwell Light" w:cstheme="majorBidi"/>
          <w:lang w:val="sv-SE"/>
        </w:rPr>
        <w:t>Mentorn deltar aktivt i gemensamma träffar och samarbetar med andra deltagare.</w:t>
      </w:r>
    </w:p>
    <w:p w14:paraId="6AE419D3" w14:textId="77777777" w:rsidR="00100D60" w:rsidRPr="00D500E2" w:rsidRDefault="008E22B1">
      <w:pPr>
        <w:rPr>
          <w:rFonts w:ascii="Rockwell Light" w:hAnsi="Rockwell Light" w:cstheme="majorHAnsi"/>
          <w:lang w:val="sv-SE"/>
        </w:rPr>
      </w:pPr>
      <w:r w:rsidRPr="00D500E2">
        <w:rPr>
          <w:rFonts w:ascii="Rockwell Light" w:hAnsi="Rockwell Light" w:cstheme="majorHAnsi"/>
          <w:lang w:val="sv-SE"/>
        </w:rPr>
        <w:t>Tystnadsplikt gäller för allt som sägs mellan mentor och lärling samt vid gemensamma träffar.</w:t>
      </w:r>
    </w:p>
    <w:p w14:paraId="1313F0AF" w14:textId="77777777" w:rsidR="003038C5" w:rsidRPr="00D500E2" w:rsidRDefault="003038C5">
      <w:pPr>
        <w:rPr>
          <w:rFonts w:ascii="Rockwell Light" w:hAnsi="Rockwell Light" w:cstheme="majorHAnsi"/>
          <w:lang w:val="sv-SE"/>
        </w:rPr>
      </w:pPr>
    </w:p>
    <w:p w14:paraId="4BBFA1CC" w14:textId="77777777" w:rsidR="00100D60" w:rsidRPr="00D500E2" w:rsidRDefault="008E22B1" w:rsidP="0009308E">
      <w:pPr>
        <w:rPr>
          <w:rFonts w:ascii="Rockwell Light" w:hAnsi="Rockwell Light"/>
          <w:b/>
          <w:bCs/>
          <w:lang w:val="sv-SE"/>
        </w:rPr>
      </w:pPr>
      <w:r w:rsidRPr="00D500E2">
        <w:rPr>
          <w:rFonts w:ascii="Rockwell Light" w:hAnsi="Rockwell Light"/>
          <w:b/>
          <w:bCs/>
          <w:lang w:val="sv-SE"/>
        </w:rPr>
        <w:t>Ersättning:</w:t>
      </w:r>
    </w:p>
    <w:p w14:paraId="11AEE98D" w14:textId="2EEF2636" w:rsidR="00100D60" w:rsidRPr="00D500E2" w:rsidRDefault="008E22B1">
      <w:pPr>
        <w:rPr>
          <w:rFonts w:ascii="Rockwell Light" w:hAnsi="Rockwell Light" w:cstheme="majorHAnsi"/>
          <w:lang w:val="sv-SE"/>
        </w:rPr>
      </w:pPr>
      <w:r w:rsidRPr="00D500E2">
        <w:rPr>
          <w:rFonts w:ascii="Rockwell Light" w:hAnsi="Rockwell Light" w:cstheme="majorHAnsi"/>
          <w:b/>
          <w:bCs/>
          <w:lang w:val="sv-SE"/>
        </w:rPr>
        <w:t>Förberedelsetid</w:t>
      </w:r>
      <w:r w:rsidRPr="00D500E2">
        <w:rPr>
          <w:rFonts w:ascii="Rockwell Light" w:hAnsi="Rockwell Light" w:cstheme="majorHAnsi"/>
          <w:lang w:val="sv-SE"/>
        </w:rPr>
        <w:t xml:space="preserve">: </w:t>
      </w:r>
      <w:r w:rsidR="001F61D7" w:rsidRPr="00D500E2">
        <w:rPr>
          <w:rFonts w:ascii="Rockwell Light" w:hAnsi="Rockwell Light" w:cstheme="majorHAnsi"/>
          <w:lang w:val="sv-SE"/>
        </w:rPr>
        <w:t>[</w:t>
      </w:r>
      <w:r w:rsidR="00C165CF" w:rsidRPr="00D500E2">
        <w:rPr>
          <w:rFonts w:ascii="Rockwell Light" w:hAnsi="Rockwell Light" w:cstheme="majorHAnsi"/>
          <w:lang w:val="sv-SE"/>
        </w:rPr>
        <w:fldChar w:fldCharType="begin"/>
      </w:r>
      <w:r w:rsidR="00C165CF" w:rsidRPr="00D500E2">
        <w:rPr>
          <w:rFonts w:ascii="Rockwell Light" w:hAnsi="Rockwell Light" w:cstheme="majorHAnsi"/>
          <w:lang w:val="sv-SE"/>
        </w:rPr>
        <w:instrText xml:space="preserve"> SUBJECT  "antal timmar" \* Upper  \* MERGEFORMAT </w:instrText>
      </w:r>
      <w:r w:rsidR="00C165CF" w:rsidRPr="00D500E2">
        <w:rPr>
          <w:rFonts w:ascii="Rockwell Light" w:hAnsi="Rockwell Light" w:cstheme="majorHAnsi"/>
          <w:lang w:val="sv-SE"/>
        </w:rPr>
        <w:fldChar w:fldCharType="separate"/>
      </w:r>
      <w:r w:rsidR="00C165CF" w:rsidRPr="00D500E2">
        <w:rPr>
          <w:rFonts w:ascii="Rockwell Light" w:hAnsi="Rockwell Light" w:cstheme="majorHAnsi"/>
          <w:lang w:val="sv-SE"/>
        </w:rPr>
        <w:t>ANTAL TIMMAR</w:t>
      </w:r>
      <w:r w:rsidR="00C165CF" w:rsidRPr="00D500E2">
        <w:rPr>
          <w:rFonts w:ascii="Rockwell Light" w:hAnsi="Rockwell Light" w:cstheme="majorHAnsi"/>
          <w:lang w:val="sv-SE"/>
        </w:rPr>
        <w:fldChar w:fldCharType="end"/>
      </w:r>
      <w:r w:rsidR="001F61D7" w:rsidRPr="00D500E2">
        <w:rPr>
          <w:rFonts w:ascii="Rockwell Light" w:hAnsi="Rockwell Light" w:cstheme="majorHAnsi"/>
          <w:lang w:val="sv-SE"/>
        </w:rPr>
        <w:t>]</w:t>
      </w:r>
      <w:r w:rsidRPr="00D500E2">
        <w:rPr>
          <w:rFonts w:ascii="Rockwell Light" w:hAnsi="Rockwell Light" w:cstheme="majorHAnsi"/>
          <w:lang w:val="sv-SE"/>
        </w:rPr>
        <w:t xml:space="preserve"> timmar per vecka á </w:t>
      </w:r>
      <w:r w:rsidR="001F61D7" w:rsidRPr="00D500E2">
        <w:rPr>
          <w:rFonts w:ascii="Rockwell Light" w:hAnsi="Rockwell Light" w:cstheme="majorHAnsi"/>
          <w:lang w:val="sv-SE"/>
        </w:rPr>
        <w:t>[</w:t>
      </w:r>
      <w:r w:rsidR="00C165CF" w:rsidRPr="00D500E2">
        <w:rPr>
          <w:rFonts w:ascii="Rockwell Light" w:hAnsi="Rockwell Light" w:cstheme="majorHAnsi"/>
          <w:lang w:val="sv-SE"/>
        </w:rPr>
        <w:fldChar w:fldCharType="begin"/>
      </w:r>
      <w:r w:rsidR="00C165CF" w:rsidRPr="00D500E2">
        <w:rPr>
          <w:rFonts w:ascii="Rockwell Light" w:hAnsi="Rockwell Light" w:cstheme="majorHAnsi"/>
          <w:lang w:val="sv-SE"/>
        </w:rPr>
        <w:instrText xml:space="preserve"> SUBJECT  "kr per timme" \* Upper  \* MERGEFORMAT </w:instrText>
      </w:r>
      <w:r w:rsidR="00C165CF" w:rsidRPr="00D500E2">
        <w:rPr>
          <w:rFonts w:ascii="Rockwell Light" w:hAnsi="Rockwell Light" w:cstheme="majorHAnsi"/>
          <w:lang w:val="sv-SE"/>
        </w:rPr>
        <w:fldChar w:fldCharType="separate"/>
      </w:r>
      <w:r w:rsidR="00C165CF" w:rsidRPr="00D500E2">
        <w:rPr>
          <w:rFonts w:ascii="Rockwell Light" w:hAnsi="Rockwell Light" w:cstheme="majorHAnsi"/>
          <w:lang w:val="sv-SE"/>
        </w:rPr>
        <w:t>KR PER TIMME</w:t>
      </w:r>
      <w:r w:rsidR="00C165CF" w:rsidRPr="00D500E2">
        <w:rPr>
          <w:rFonts w:ascii="Rockwell Light" w:hAnsi="Rockwell Light" w:cstheme="majorHAnsi"/>
          <w:lang w:val="sv-SE"/>
        </w:rPr>
        <w:fldChar w:fldCharType="end"/>
      </w:r>
      <w:r w:rsidR="001F61D7" w:rsidRPr="00D500E2">
        <w:rPr>
          <w:rFonts w:ascii="Rockwell Light" w:hAnsi="Rockwell Light" w:cstheme="majorHAnsi"/>
          <w:lang w:val="sv-SE"/>
        </w:rPr>
        <w:t>]</w:t>
      </w:r>
      <w:r w:rsidRPr="00D500E2">
        <w:rPr>
          <w:rFonts w:ascii="Rockwell Light" w:hAnsi="Rockwell Light" w:cstheme="majorHAnsi"/>
          <w:lang w:val="sv-SE"/>
        </w:rPr>
        <w:t xml:space="preserve"> kr.</w:t>
      </w:r>
    </w:p>
    <w:p w14:paraId="7E4282E9" w14:textId="15B462D7" w:rsidR="00100D60" w:rsidRPr="00D500E2" w:rsidRDefault="008E22B1" w:rsidP="7B2D9F26">
      <w:pPr>
        <w:rPr>
          <w:rFonts w:ascii="Rockwell Light" w:hAnsi="Rockwell Light" w:cstheme="majorBidi"/>
          <w:lang w:val="sv-SE"/>
        </w:rPr>
      </w:pPr>
      <w:r w:rsidRPr="00D500E2">
        <w:rPr>
          <w:rFonts w:ascii="Rockwell Light" w:hAnsi="Rockwell Light" w:cstheme="majorBidi"/>
          <w:b/>
          <w:bCs/>
          <w:lang w:val="sv-SE"/>
        </w:rPr>
        <w:t>Mentorstid</w:t>
      </w:r>
      <w:r w:rsidRPr="00D500E2">
        <w:rPr>
          <w:rFonts w:ascii="Rockwell Light" w:hAnsi="Rockwell Light" w:cstheme="majorBidi"/>
          <w:lang w:val="sv-SE"/>
        </w:rPr>
        <w:t xml:space="preserve">: </w:t>
      </w:r>
      <w:r w:rsidR="001F61D7" w:rsidRPr="00D500E2">
        <w:rPr>
          <w:rFonts w:ascii="Rockwell Light" w:hAnsi="Rockwell Light" w:cstheme="majorBidi"/>
          <w:lang w:val="sv-SE"/>
        </w:rPr>
        <w:t>[</w:t>
      </w:r>
      <w:r w:rsidRPr="00D500E2">
        <w:rPr>
          <w:rFonts w:ascii="Rockwell Light" w:hAnsi="Rockwell Light" w:cstheme="majorBidi"/>
          <w:lang w:val="sv-SE"/>
        </w:rPr>
        <w:fldChar w:fldCharType="begin"/>
      </w:r>
      <w:r w:rsidRPr="00D500E2">
        <w:rPr>
          <w:rFonts w:ascii="Rockwell Light" w:hAnsi="Rockwell Light" w:cstheme="majorBidi"/>
          <w:lang w:val="sv-SE"/>
        </w:rPr>
        <w:instrText xml:space="preserve"> SUBJECT  "antal timmar" \* Upper  \* MERGEFORMAT </w:instrText>
      </w:r>
      <w:r w:rsidRPr="00D500E2">
        <w:rPr>
          <w:rFonts w:ascii="Rockwell Light" w:hAnsi="Rockwell Light" w:cstheme="majorBidi"/>
          <w:lang w:val="sv-SE"/>
        </w:rPr>
        <w:fldChar w:fldCharType="separate"/>
      </w:r>
      <w:r w:rsidR="006A6A44" w:rsidRPr="00D500E2">
        <w:rPr>
          <w:rFonts w:ascii="Rockwell Light" w:hAnsi="Rockwell Light" w:cstheme="majorBidi"/>
          <w:lang w:val="sv-SE"/>
        </w:rPr>
        <w:t>ANTAL TIMMAR</w:t>
      </w:r>
      <w:r w:rsidRPr="00D500E2">
        <w:rPr>
          <w:rFonts w:ascii="Rockwell Light" w:hAnsi="Rockwell Light" w:cstheme="majorBidi"/>
          <w:lang w:val="sv-SE"/>
        </w:rPr>
        <w:fldChar w:fldCharType="end"/>
      </w:r>
      <w:r w:rsidR="001F61D7" w:rsidRPr="00D500E2">
        <w:rPr>
          <w:rFonts w:ascii="Rockwell Light" w:hAnsi="Rockwell Light" w:cstheme="majorBidi"/>
          <w:lang w:val="sv-SE"/>
        </w:rPr>
        <w:t>]</w:t>
      </w:r>
      <w:r w:rsidRPr="00D500E2">
        <w:rPr>
          <w:rFonts w:ascii="Rockwell Light" w:hAnsi="Rockwell Light" w:cstheme="majorBidi"/>
          <w:lang w:val="sv-SE"/>
        </w:rPr>
        <w:t xml:space="preserve"> timmar per vecka eller max </w:t>
      </w:r>
      <w:r w:rsidR="001F61D7" w:rsidRPr="00D500E2">
        <w:rPr>
          <w:rFonts w:ascii="Rockwell Light" w:hAnsi="Rockwell Light" w:cstheme="majorBidi"/>
          <w:lang w:val="sv-SE"/>
        </w:rPr>
        <w:t>[</w:t>
      </w:r>
      <w:r w:rsidRPr="00D500E2">
        <w:rPr>
          <w:rFonts w:ascii="Rockwell Light" w:hAnsi="Rockwell Light" w:cstheme="majorBidi"/>
          <w:lang w:val="sv-SE"/>
        </w:rPr>
        <w:fldChar w:fldCharType="begin"/>
      </w:r>
      <w:r w:rsidRPr="00D500E2">
        <w:rPr>
          <w:rFonts w:ascii="Rockwell Light" w:hAnsi="Rockwell Light" w:cstheme="majorBidi"/>
          <w:lang w:val="sv-SE"/>
        </w:rPr>
        <w:instrText xml:space="preserve"> SUBJECT  "max timmar" \* Upper  \* MERGEFORMAT </w:instrText>
      </w:r>
      <w:r w:rsidRPr="00D500E2">
        <w:rPr>
          <w:rFonts w:ascii="Rockwell Light" w:hAnsi="Rockwell Light" w:cstheme="majorBidi"/>
          <w:lang w:val="sv-SE"/>
        </w:rPr>
        <w:fldChar w:fldCharType="separate"/>
      </w:r>
      <w:r w:rsidR="006A6A44" w:rsidRPr="00D500E2">
        <w:rPr>
          <w:rFonts w:ascii="Rockwell Light" w:hAnsi="Rockwell Light" w:cstheme="majorBidi"/>
          <w:lang w:val="sv-SE"/>
        </w:rPr>
        <w:t>MAX TIMMAR</w:t>
      </w:r>
      <w:r w:rsidRPr="00D500E2">
        <w:rPr>
          <w:rFonts w:ascii="Rockwell Light" w:hAnsi="Rockwell Light" w:cstheme="majorBidi"/>
          <w:lang w:val="sv-SE"/>
        </w:rPr>
        <w:fldChar w:fldCharType="end"/>
      </w:r>
      <w:r w:rsidR="001F61D7" w:rsidRPr="00D500E2">
        <w:rPr>
          <w:rFonts w:ascii="Rockwell Light" w:hAnsi="Rockwell Light" w:cstheme="majorBidi"/>
          <w:lang w:val="sv-SE"/>
        </w:rPr>
        <w:t>]</w:t>
      </w:r>
      <w:r w:rsidRPr="00D500E2">
        <w:rPr>
          <w:rFonts w:ascii="Rockwell Light" w:hAnsi="Rockwell Light" w:cstheme="majorBidi"/>
          <w:lang w:val="sv-SE"/>
        </w:rPr>
        <w:t xml:space="preserve"> </w:t>
      </w:r>
      <w:r w:rsidR="757B60F2" w:rsidRPr="00D500E2">
        <w:rPr>
          <w:rFonts w:ascii="Rockwell Light" w:hAnsi="Rockwell Light" w:cstheme="majorBidi"/>
          <w:lang w:val="sv-SE"/>
        </w:rPr>
        <w:t>tim.</w:t>
      </w:r>
      <w:r w:rsidRPr="00D500E2">
        <w:rPr>
          <w:rFonts w:ascii="Rockwell Light" w:hAnsi="Rockwell Light" w:cstheme="majorBidi"/>
          <w:lang w:val="sv-SE"/>
        </w:rPr>
        <w:t xml:space="preserve">/mån á </w:t>
      </w:r>
      <w:r w:rsidR="001F61D7" w:rsidRPr="00D500E2">
        <w:rPr>
          <w:rFonts w:ascii="Rockwell Light" w:hAnsi="Rockwell Light" w:cstheme="majorBidi"/>
          <w:lang w:val="sv-SE"/>
        </w:rPr>
        <w:t>[</w:t>
      </w:r>
      <w:r w:rsidRPr="00D500E2">
        <w:rPr>
          <w:rFonts w:ascii="Rockwell Light" w:hAnsi="Rockwell Light" w:cstheme="majorBidi"/>
          <w:lang w:val="sv-SE"/>
        </w:rPr>
        <w:fldChar w:fldCharType="begin"/>
      </w:r>
      <w:r w:rsidRPr="00D500E2">
        <w:rPr>
          <w:rFonts w:ascii="Rockwell Light" w:hAnsi="Rockwell Light" w:cstheme="majorBidi"/>
          <w:lang w:val="sv-SE"/>
        </w:rPr>
        <w:instrText xml:space="preserve"> SUBJECT  "kr per timme" \* Upper  \* MERGEFORMAT </w:instrText>
      </w:r>
      <w:r w:rsidRPr="00D500E2">
        <w:rPr>
          <w:rFonts w:ascii="Rockwell Light" w:hAnsi="Rockwell Light" w:cstheme="majorBidi"/>
          <w:lang w:val="sv-SE"/>
        </w:rPr>
        <w:fldChar w:fldCharType="separate"/>
      </w:r>
      <w:r w:rsidR="006A6A44" w:rsidRPr="00D500E2">
        <w:rPr>
          <w:rFonts w:ascii="Rockwell Light" w:hAnsi="Rockwell Light" w:cstheme="majorBidi"/>
          <w:lang w:val="sv-SE"/>
        </w:rPr>
        <w:t>KR PER TIMME</w:t>
      </w:r>
      <w:r w:rsidRPr="00D500E2">
        <w:rPr>
          <w:rFonts w:ascii="Rockwell Light" w:hAnsi="Rockwell Light" w:cstheme="majorBidi"/>
          <w:lang w:val="sv-SE"/>
        </w:rPr>
        <w:fldChar w:fldCharType="end"/>
      </w:r>
      <w:r w:rsidR="001F61D7" w:rsidRPr="00D500E2">
        <w:rPr>
          <w:rFonts w:ascii="Rockwell Light" w:hAnsi="Rockwell Light" w:cstheme="majorBidi"/>
          <w:lang w:val="sv-SE"/>
        </w:rPr>
        <w:t>]</w:t>
      </w:r>
      <w:r w:rsidRPr="00D500E2">
        <w:rPr>
          <w:rFonts w:ascii="Rockwell Light" w:hAnsi="Rockwell Light" w:cstheme="majorBidi"/>
          <w:lang w:val="sv-SE"/>
        </w:rPr>
        <w:t xml:space="preserve"> kr.</w:t>
      </w:r>
    </w:p>
    <w:p w14:paraId="01324119" w14:textId="77777777" w:rsidR="0009308E" w:rsidRPr="00D500E2" w:rsidRDefault="008E22B1">
      <w:pPr>
        <w:rPr>
          <w:rFonts w:ascii="Rockwell Light" w:hAnsi="Rockwell Light" w:cstheme="majorHAnsi"/>
          <w:lang w:val="sv-SE"/>
        </w:rPr>
      </w:pPr>
      <w:r w:rsidRPr="00D500E2">
        <w:rPr>
          <w:rFonts w:ascii="Rockwell Light" w:hAnsi="Rockwell Light" w:cstheme="majorHAnsi"/>
          <w:b/>
          <w:bCs/>
          <w:lang w:val="sv-SE"/>
        </w:rPr>
        <w:t>Digital träff:</w:t>
      </w:r>
      <w:r w:rsidRPr="00D500E2">
        <w:rPr>
          <w:rFonts w:ascii="Rockwell Light" w:hAnsi="Rockwell Light" w:cstheme="majorHAnsi"/>
          <w:lang w:val="sv-SE"/>
        </w:rPr>
        <w:t xml:space="preserve"> á </w:t>
      </w:r>
      <w:r w:rsidR="001F61D7" w:rsidRPr="00D500E2">
        <w:rPr>
          <w:rFonts w:ascii="Rockwell Light" w:hAnsi="Rockwell Light" w:cstheme="majorHAnsi"/>
          <w:lang w:val="sv-SE"/>
        </w:rPr>
        <w:t>[</w:t>
      </w:r>
      <w:r w:rsidR="006A6A44" w:rsidRPr="00D500E2">
        <w:rPr>
          <w:rFonts w:ascii="Rockwell Light" w:hAnsi="Rockwell Light" w:cstheme="majorHAnsi"/>
          <w:lang w:val="sv-SE"/>
        </w:rPr>
        <w:fldChar w:fldCharType="begin"/>
      </w:r>
      <w:r w:rsidR="006A6A44" w:rsidRPr="00D500E2">
        <w:rPr>
          <w:rFonts w:ascii="Rockwell Light" w:hAnsi="Rockwell Light" w:cstheme="majorHAnsi"/>
          <w:lang w:val="sv-SE"/>
        </w:rPr>
        <w:instrText xml:space="preserve"> SUBJECT  "kr per timme" \* Upper  \* MERGEFORMAT </w:instrText>
      </w:r>
      <w:r w:rsidR="006A6A44" w:rsidRPr="00D500E2">
        <w:rPr>
          <w:rFonts w:ascii="Rockwell Light" w:hAnsi="Rockwell Light" w:cstheme="majorHAnsi"/>
          <w:lang w:val="sv-SE"/>
        </w:rPr>
        <w:fldChar w:fldCharType="separate"/>
      </w:r>
      <w:r w:rsidR="006A6A44" w:rsidRPr="00D500E2">
        <w:rPr>
          <w:rFonts w:ascii="Rockwell Light" w:hAnsi="Rockwell Light" w:cstheme="majorHAnsi"/>
          <w:lang w:val="sv-SE"/>
        </w:rPr>
        <w:t>KR PER TIMME</w:t>
      </w:r>
      <w:r w:rsidR="006A6A44" w:rsidRPr="00D500E2">
        <w:rPr>
          <w:rFonts w:ascii="Rockwell Light" w:hAnsi="Rockwell Light" w:cstheme="majorHAnsi"/>
          <w:lang w:val="sv-SE"/>
        </w:rPr>
        <w:fldChar w:fldCharType="end"/>
      </w:r>
      <w:r w:rsidR="001F61D7" w:rsidRPr="00D500E2">
        <w:rPr>
          <w:rFonts w:ascii="Rockwell Light" w:hAnsi="Rockwell Light" w:cstheme="majorHAnsi"/>
          <w:lang w:val="sv-SE"/>
        </w:rPr>
        <w:t>]</w:t>
      </w:r>
      <w:r w:rsidRPr="00D500E2">
        <w:rPr>
          <w:rFonts w:ascii="Rockwell Light" w:hAnsi="Rockwell Light" w:cstheme="majorHAnsi"/>
          <w:lang w:val="sv-SE"/>
        </w:rPr>
        <w:t xml:space="preserve"> kr</w:t>
      </w:r>
      <w:r w:rsidR="0009308E" w:rsidRPr="00D500E2">
        <w:rPr>
          <w:rFonts w:ascii="Rockwell Light" w:hAnsi="Rockwell Light" w:cstheme="majorHAnsi"/>
          <w:lang w:val="sv-SE"/>
        </w:rPr>
        <w:t xml:space="preserve"> </w:t>
      </w:r>
    </w:p>
    <w:p w14:paraId="5341220B" w14:textId="4163162E" w:rsidR="00100D60" w:rsidRPr="00D500E2" w:rsidRDefault="008E22B1" w:rsidP="7B2D9F26">
      <w:pPr>
        <w:rPr>
          <w:rFonts w:ascii="Rockwell Light" w:hAnsi="Rockwell Light" w:cstheme="majorBidi"/>
          <w:lang w:val="sv-SE"/>
        </w:rPr>
      </w:pPr>
      <w:r w:rsidRPr="00D500E2">
        <w:rPr>
          <w:rFonts w:ascii="Rockwell Light" w:hAnsi="Rockwell Light" w:cstheme="majorBidi"/>
          <w:b/>
          <w:bCs/>
          <w:lang w:val="sv-SE"/>
        </w:rPr>
        <w:t>Fysisk gemensam träff</w:t>
      </w:r>
      <w:r w:rsidR="0009308E" w:rsidRPr="00D500E2">
        <w:rPr>
          <w:rFonts w:ascii="Rockwell Light" w:hAnsi="Rockwell Light" w:cstheme="majorBidi"/>
          <w:b/>
          <w:bCs/>
          <w:lang w:val="sv-SE"/>
        </w:rPr>
        <w:t>:</w:t>
      </w:r>
      <w:r w:rsidRPr="00D500E2">
        <w:rPr>
          <w:rFonts w:ascii="Rockwell Light" w:hAnsi="Rockwell Light" w:cstheme="majorBidi"/>
          <w:lang w:val="sv-SE"/>
        </w:rPr>
        <w:t xml:space="preserve"> </w:t>
      </w:r>
      <w:r w:rsidR="001F61D7" w:rsidRPr="00D500E2">
        <w:rPr>
          <w:rFonts w:ascii="Rockwell Light" w:hAnsi="Rockwell Light" w:cstheme="majorBidi"/>
          <w:lang w:val="sv-SE"/>
        </w:rPr>
        <w:t>[</w:t>
      </w:r>
      <w:r w:rsidRPr="00D500E2">
        <w:rPr>
          <w:rFonts w:ascii="Rockwell Light" w:hAnsi="Rockwell Light" w:cstheme="majorBidi"/>
          <w:lang w:val="sv-SE"/>
        </w:rPr>
        <w:t xml:space="preserve">max </w:t>
      </w:r>
      <w:r w:rsidR="001F61D7" w:rsidRPr="00D500E2">
        <w:rPr>
          <w:rFonts w:ascii="Rockwell Light" w:hAnsi="Rockwell Light" w:cstheme="majorBidi"/>
          <w:lang w:val="sv-SE"/>
        </w:rPr>
        <w:t>[</w:t>
      </w:r>
      <w:r w:rsidRPr="00D500E2">
        <w:rPr>
          <w:rFonts w:ascii="Rockwell Light" w:hAnsi="Rockwell Light" w:cstheme="majorBidi"/>
          <w:lang w:val="sv-SE"/>
        </w:rPr>
        <w:fldChar w:fldCharType="begin"/>
      </w:r>
      <w:r w:rsidRPr="00D500E2">
        <w:rPr>
          <w:rFonts w:ascii="Rockwell Light" w:hAnsi="Rockwell Light" w:cstheme="majorBidi"/>
          <w:lang w:val="sv-SE"/>
        </w:rPr>
        <w:instrText xml:space="preserve"> SUBJECT  "antal timmar" \* Upper  \* MERGEFORMAT </w:instrText>
      </w:r>
      <w:r w:rsidRPr="00D500E2">
        <w:rPr>
          <w:rFonts w:ascii="Rockwell Light" w:hAnsi="Rockwell Light" w:cstheme="majorBidi"/>
          <w:lang w:val="sv-SE"/>
        </w:rPr>
        <w:fldChar w:fldCharType="separate"/>
      </w:r>
      <w:r w:rsidR="006A6A44" w:rsidRPr="00D500E2">
        <w:rPr>
          <w:rFonts w:ascii="Rockwell Light" w:hAnsi="Rockwell Light" w:cstheme="majorBidi"/>
          <w:lang w:val="sv-SE"/>
        </w:rPr>
        <w:t>ANTAL TIMMAR</w:t>
      </w:r>
      <w:r w:rsidRPr="00D500E2">
        <w:rPr>
          <w:rFonts w:ascii="Rockwell Light" w:hAnsi="Rockwell Light" w:cstheme="majorBidi"/>
          <w:lang w:val="sv-SE"/>
        </w:rPr>
        <w:fldChar w:fldCharType="end"/>
      </w:r>
      <w:r w:rsidR="001F61D7" w:rsidRPr="00D500E2">
        <w:rPr>
          <w:rFonts w:ascii="Rockwell Light" w:hAnsi="Rockwell Light" w:cstheme="majorBidi"/>
          <w:lang w:val="sv-SE"/>
        </w:rPr>
        <w:t>]</w:t>
      </w:r>
      <w:r w:rsidRPr="00D500E2">
        <w:rPr>
          <w:rFonts w:ascii="Rockwell Light" w:hAnsi="Rockwell Light" w:cstheme="majorBidi"/>
          <w:lang w:val="sv-SE"/>
        </w:rPr>
        <w:t xml:space="preserve"> </w:t>
      </w:r>
      <w:r w:rsidR="28AAC5A0" w:rsidRPr="00D500E2">
        <w:rPr>
          <w:rFonts w:ascii="Rockwell Light" w:hAnsi="Rockwell Light" w:cstheme="majorBidi"/>
          <w:lang w:val="sv-SE"/>
        </w:rPr>
        <w:t>tim.</w:t>
      </w:r>
      <w:r w:rsidRPr="00D500E2">
        <w:rPr>
          <w:rFonts w:ascii="Rockwell Light" w:hAnsi="Rockwell Light" w:cstheme="majorBidi"/>
          <w:lang w:val="sv-SE"/>
        </w:rPr>
        <w:t>/dag</w:t>
      </w:r>
      <w:r w:rsidR="001F61D7" w:rsidRPr="00D500E2">
        <w:rPr>
          <w:rFonts w:ascii="Rockwell Light" w:hAnsi="Rockwell Light" w:cstheme="majorBidi"/>
          <w:lang w:val="sv-SE"/>
        </w:rPr>
        <w:t>]</w:t>
      </w:r>
      <w:r w:rsidRPr="00D500E2">
        <w:rPr>
          <w:rFonts w:ascii="Rockwell Light" w:hAnsi="Rockwell Light" w:cstheme="majorBidi"/>
          <w:lang w:val="sv-SE"/>
        </w:rPr>
        <w:t xml:space="preserve">: á </w:t>
      </w:r>
      <w:r w:rsidR="001F61D7" w:rsidRPr="00D500E2">
        <w:rPr>
          <w:rFonts w:ascii="Rockwell Light" w:hAnsi="Rockwell Light" w:cstheme="majorBidi"/>
          <w:lang w:val="sv-SE"/>
        </w:rPr>
        <w:t>[</w:t>
      </w:r>
      <w:r w:rsidRPr="00D500E2">
        <w:rPr>
          <w:rFonts w:ascii="Rockwell Light" w:hAnsi="Rockwell Light" w:cstheme="majorBidi"/>
          <w:lang w:val="sv-SE"/>
        </w:rPr>
        <w:fldChar w:fldCharType="begin"/>
      </w:r>
      <w:r w:rsidRPr="00D500E2">
        <w:rPr>
          <w:rFonts w:ascii="Rockwell Light" w:hAnsi="Rockwell Light" w:cstheme="majorBidi"/>
          <w:lang w:val="sv-SE"/>
        </w:rPr>
        <w:instrText xml:space="preserve"> SUBJECT  "kr per timme" \* Upper  \* MERGEFORMAT </w:instrText>
      </w:r>
      <w:r w:rsidRPr="00D500E2">
        <w:rPr>
          <w:rFonts w:ascii="Rockwell Light" w:hAnsi="Rockwell Light" w:cstheme="majorBidi"/>
          <w:lang w:val="sv-SE"/>
        </w:rPr>
        <w:fldChar w:fldCharType="separate"/>
      </w:r>
      <w:r w:rsidR="006A6A44" w:rsidRPr="00D500E2">
        <w:rPr>
          <w:rFonts w:ascii="Rockwell Light" w:hAnsi="Rockwell Light" w:cstheme="majorBidi"/>
          <w:lang w:val="sv-SE"/>
        </w:rPr>
        <w:t>KR PER TIMME</w:t>
      </w:r>
      <w:r w:rsidRPr="00D500E2">
        <w:rPr>
          <w:rFonts w:ascii="Rockwell Light" w:hAnsi="Rockwell Light" w:cstheme="majorBidi"/>
          <w:lang w:val="sv-SE"/>
        </w:rPr>
        <w:fldChar w:fldCharType="end"/>
      </w:r>
      <w:r w:rsidR="001F61D7" w:rsidRPr="00D500E2">
        <w:rPr>
          <w:rFonts w:ascii="Rockwell Light" w:hAnsi="Rockwell Light" w:cstheme="majorBidi"/>
          <w:lang w:val="sv-SE"/>
        </w:rPr>
        <w:t>]</w:t>
      </w:r>
      <w:r w:rsidRPr="00D500E2">
        <w:rPr>
          <w:rFonts w:ascii="Rockwell Light" w:hAnsi="Rockwell Light" w:cstheme="majorBidi"/>
          <w:lang w:val="sv-SE"/>
        </w:rPr>
        <w:t xml:space="preserve"> kr.</w:t>
      </w:r>
    </w:p>
    <w:p w14:paraId="04C3DCE9" w14:textId="5FA3F8BC" w:rsidR="00100D60" w:rsidRPr="00D500E2" w:rsidRDefault="008E22B1">
      <w:pPr>
        <w:rPr>
          <w:rFonts w:ascii="Rockwell Light" w:hAnsi="Rockwell Light" w:cstheme="majorHAnsi"/>
          <w:lang w:val="sv-SE"/>
        </w:rPr>
      </w:pPr>
      <w:r w:rsidRPr="00D500E2">
        <w:rPr>
          <w:rFonts w:ascii="Rockwell Light" w:hAnsi="Rockwell Light" w:cstheme="majorHAnsi"/>
          <w:b/>
          <w:bCs/>
          <w:lang w:val="sv-SE"/>
        </w:rPr>
        <w:t>Restid till/från gemensam träff:</w:t>
      </w:r>
      <w:r w:rsidRPr="00D500E2">
        <w:rPr>
          <w:rFonts w:ascii="Rockwell Light" w:hAnsi="Rockwell Light" w:cstheme="majorHAnsi"/>
          <w:lang w:val="sv-SE"/>
        </w:rPr>
        <w:t xml:space="preserve"> á </w:t>
      </w:r>
      <w:r w:rsidR="001F61D7" w:rsidRPr="00D500E2">
        <w:rPr>
          <w:rFonts w:ascii="Rockwell Light" w:hAnsi="Rockwell Light" w:cstheme="majorHAnsi"/>
          <w:lang w:val="sv-SE"/>
        </w:rPr>
        <w:t>[</w:t>
      </w:r>
      <w:r w:rsidR="006A6A44" w:rsidRPr="00D500E2">
        <w:rPr>
          <w:rFonts w:ascii="Rockwell Light" w:hAnsi="Rockwell Light" w:cstheme="majorHAnsi"/>
          <w:lang w:val="sv-SE"/>
        </w:rPr>
        <w:fldChar w:fldCharType="begin"/>
      </w:r>
      <w:r w:rsidR="006A6A44" w:rsidRPr="00D500E2">
        <w:rPr>
          <w:rFonts w:ascii="Rockwell Light" w:hAnsi="Rockwell Light" w:cstheme="majorHAnsi"/>
          <w:lang w:val="sv-SE"/>
        </w:rPr>
        <w:instrText xml:space="preserve"> SUBJECT  "kr per timme" \* Upper  \* MERGEFORMAT </w:instrText>
      </w:r>
      <w:r w:rsidR="006A6A44" w:rsidRPr="00D500E2">
        <w:rPr>
          <w:rFonts w:ascii="Rockwell Light" w:hAnsi="Rockwell Light" w:cstheme="majorHAnsi"/>
          <w:lang w:val="sv-SE"/>
        </w:rPr>
        <w:fldChar w:fldCharType="separate"/>
      </w:r>
      <w:r w:rsidR="006A6A44" w:rsidRPr="00D500E2">
        <w:rPr>
          <w:rFonts w:ascii="Rockwell Light" w:hAnsi="Rockwell Light" w:cstheme="majorHAnsi"/>
          <w:lang w:val="sv-SE"/>
        </w:rPr>
        <w:t>KR PER TIMME</w:t>
      </w:r>
      <w:r w:rsidR="006A6A44" w:rsidRPr="00D500E2">
        <w:rPr>
          <w:rFonts w:ascii="Rockwell Light" w:hAnsi="Rockwell Light" w:cstheme="majorHAnsi"/>
          <w:lang w:val="sv-SE"/>
        </w:rPr>
        <w:fldChar w:fldCharType="end"/>
      </w:r>
      <w:r w:rsidR="001F61D7" w:rsidRPr="00D500E2">
        <w:rPr>
          <w:rFonts w:ascii="Rockwell Light" w:hAnsi="Rockwell Light" w:cstheme="majorHAnsi"/>
          <w:lang w:val="sv-SE"/>
        </w:rPr>
        <w:t>]</w:t>
      </w:r>
      <w:r w:rsidRPr="00D500E2">
        <w:rPr>
          <w:rFonts w:ascii="Rockwell Light" w:hAnsi="Rockwell Light" w:cstheme="majorHAnsi"/>
          <w:lang w:val="sv-SE"/>
        </w:rPr>
        <w:t xml:space="preserve"> kr.</w:t>
      </w:r>
    </w:p>
    <w:p w14:paraId="68FE931C" w14:textId="46B821FC" w:rsidR="00100D60" w:rsidRPr="00D500E2" w:rsidRDefault="008E22B1" w:rsidP="7B2D9F26">
      <w:pPr>
        <w:rPr>
          <w:rFonts w:ascii="Rockwell Light" w:hAnsi="Rockwell Light" w:cstheme="majorBidi"/>
          <w:lang w:val="sv-SE"/>
        </w:rPr>
      </w:pPr>
      <w:r w:rsidRPr="00D500E2">
        <w:rPr>
          <w:rFonts w:ascii="Rockwell Light" w:hAnsi="Rockwell Light" w:cstheme="majorBidi"/>
          <w:b/>
          <w:bCs/>
          <w:lang w:val="sv-SE"/>
        </w:rPr>
        <w:t>Bilersättning</w:t>
      </w:r>
      <w:r w:rsidR="17BBD2C6" w:rsidRPr="00D500E2">
        <w:rPr>
          <w:rFonts w:ascii="Rockwell Light" w:hAnsi="Rockwell Light" w:cstheme="majorBidi"/>
          <w:b/>
          <w:bCs/>
          <w:lang w:val="sv-SE"/>
        </w:rPr>
        <w:t xml:space="preserve"> till gemensamma träffar</w:t>
      </w:r>
      <w:r w:rsidRPr="00D500E2">
        <w:rPr>
          <w:rFonts w:ascii="Rockwell Light" w:hAnsi="Rockwell Light" w:cstheme="majorBidi"/>
          <w:lang w:val="sv-SE"/>
        </w:rPr>
        <w:t xml:space="preserve">: </w:t>
      </w:r>
      <w:r w:rsidR="001F61D7" w:rsidRPr="00D500E2">
        <w:rPr>
          <w:rFonts w:ascii="Rockwell Light" w:hAnsi="Rockwell Light" w:cstheme="majorBidi"/>
          <w:lang w:val="sv-SE"/>
        </w:rPr>
        <w:t>[</w:t>
      </w:r>
      <w:r w:rsidRPr="00D500E2">
        <w:rPr>
          <w:rFonts w:ascii="Rockwell Light" w:hAnsi="Rockwell Light" w:cstheme="majorBidi"/>
          <w:lang w:val="sv-SE"/>
        </w:rPr>
        <w:fldChar w:fldCharType="begin"/>
      </w:r>
      <w:r w:rsidRPr="00D500E2">
        <w:rPr>
          <w:rFonts w:ascii="Rockwell Light" w:hAnsi="Rockwell Light" w:cstheme="majorBidi"/>
          <w:lang w:val="sv-SE"/>
        </w:rPr>
        <w:instrText xml:space="preserve"> SUBJECT  "kr per mil" \* Upper  \* MERGEFORMAT </w:instrText>
      </w:r>
      <w:r w:rsidRPr="00D500E2">
        <w:rPr>
          <w:rFonts w:ascii="Rockwell Light" w:hAnsi="Rockwell Light" w:cstheme="majorBidi"/>
          <w:lang w:val="sv-SE"/>
        </w:rPr>
        <w:fldChar w:fldCharType="separate"/>
      </w:r>
      <w:r w:rsidR="006A6A44" w:rsidRPr="00D500E2">
        <w:rPr>
          <w:rFonts w:ascii="Rockwell Light" w:hAnsi="Rockwell Light" w:cstheme="majorBidi"/>
          <w:lang w:val="sv-SE"/>
        </w:rPr>
        <w:t>KR PER MIL</w:t>
      </w:r>
      <w:r w:rsidRPr="00D500E2">
        <w:rPr>
          <w:rFonts w:ascii="Rockwell Light" w:hAnsi="Rockwell Light" w:cstheme="majorBidi"/>
          <w:lang w:val="sv-SE"/>
        </w:rPr>
        <w:fldChar w:fldCharType="end"/>
      </w:r>
      <w:r w:rsidR="001F61D7" w:rsidRPr="00D500E2">
        <w:rPr>
          <w:rFonts w:ascii="Rockwell Light" w:hAnsi="Rockwell Light" w:cstheme="majorBidi"/>
          <w:lang w:val="sv-SE"/>
        </w:rPr>
        <w:t>]</w:t>
      </w:r>
      <w:r w:rsidRPr="00D500E2">
        <w:rPr>
          <w:rFonts w:ascii="Rockwell Light" w:hAnsi="Rockwell Light" w:cstheme="majorBidi"/>
          <w:lang w:val="sv-SE"/>
        </w:rPr>
        <w:t xml:space="preserve"> kr/mil</w:t>
      </w:r>
    </w:p>
    <w:p w14:paraId="73ACB20B" w14:textId="48422A65" w:rsidR="22C89D25" w:rsidRPr="00D500E2" w:rsidRDefault="22C89D25" w:rsidP="7B2D9F26">
      <w:pPr>
        <w:rPr>
          <w:rFonts w:ascii="Rockwell Light" w:hAnsi="Rockwell Light" w:cstheme="majorBidi"/>
          <w:b/>
          <w:bCs/>
          <w:lang w:val="sv-SE"/>
        </w:rPr>
      </w:pPr>
      <w:r w:rsidRPr="00D500E2">
        <w:rPr>
          <w:rFonts w:ascii="Rockwell Light" w:hAnsi="Rockwell Light" w:cstheme="majorBidi"/>
          <w:b/>
          <w:bCs/>
          <w:lang w:val="sv-SE"/>
        </w:rPr>
        <w:t>Övrig ersättning:</w:t>
      </w:r>
    </w:p>
    <w:p w14:paraId="03970BFD" w14:textId="77777777" w:rsidR="003038C5" w:rsidRPr="00D500E2" w:rsidRDefault="003038C5">
      <w:pPr>
        <w:rPr>
          <w:rFonts w:ascii="Rockwell Light" w:hAnsi="Rockwell Light" w:cstheme="majorHAnsi"/>
          <w:lang w:val="sv-SE"/>
        </w:rPr>
      </w:pPr>
    </w:p>
    <w:p w14:paraId="0ACA8519" w14:textId="77777777" w:rsidR="00100D60" w:rsidRPr="00D500E2" w:rsidRDefault="6E902036" w:rsidP="0009308E">
      <w:pPr>
        <w:rPr>
          <w:rFonts w:ascii="Rockwell Light" w:hAnsi="Rockwell Light"/>
          <w:b/>
          <w:bCs/>
          <w:lang w:val="sv-SE"/>
        </w:rPr>
      </w:pPr>
      <w:r w:rsidRPr="00D500E2">
        <w:rPr>
          <w:rFonts w:ascii="Rockwell Light" w:hAnsi="Rockwell Light"/>
          <w:b/>
          <w:bCs/>
          <w:lang w:val="sv-SE"/>
        </w:rPr>
        <w:t>Ersättning för material:</w:t>
      </w:r>
    </w:p>
    <w:p w14:paraId="1660BE8A" w14:textId="3A4B2847" w:rsidR="00100D60" w:rsidRPr="00D500E2" w:rsidRDefault="008E22B1">
      <w:pPr>
        <w:rPr>
          <w:rFonts w:ascii="Rockwell Light" w:hAnsi="Rockwell Light" w:cstheme="majorHAnsi"/>
          <w:lang w:val="sv-SE"/>
        </w:rPr>
      </w:pPr>
      <w:r w:rsidRPr="00D500E2">
        <w:rPr>
          <w:rFonts w:ascii="Rockwell Light" w:hAnsi="Rockwell Light" w:cstheme="majorHAnsi"/>
          <w:lang w:val="sv-SE"/>
        </w:rPr>
        <w:t xml:space="preserve">Mentorpar erhåller upp till </w:t>
      </w:r>
      <w:r w:rsidR="001F61D7" w:rsidRPr="00D500E2">
        <w:rPr>
          <w:rFonts w:ascii="Rockwell Light" w:hAnsi="Rockwell Light" w:cstheme="majorHAnsi"/>
          <w:lang w:val="sv-SE"/>
        </w:rPr>
        <w:t>[</w:t>
      </w:r>
      <w:r w:rsidR="006A6A44" w:rsidRPr="00D500E2">
        <w:rPr>
          <w:rFonts w:ascii="Rockwell Light" w:hAnsi="Rockwell Light" w:cstheme="majorHAnsi"/>
          <w:lang w:val="sv-SE"/>
        </w:rPr>
        <w:fldChar w:fldCharType="begin"/>
      </w:r>
      <w:r w:rsidR="006A6A44" w:rsidRPr="00D500E2">
        <w:rPr>
          <w:rFonts w:ascii="Rockwell Light" w:hAnsi="Rockwell Light" w:cstheme="majorHAnsi"/>
          <w:lang w:val="sv-SE"/>
        </w:rPr>
        <w:instrText xml:space="preserve"> SUBJECT  belopp \* Upper  \* MERGEFORMAT </w:instrText>
      </w:r>
      <w:r w:rsidR="006A6A44" w:rsidRPr="00D500E2">
        <w:rPr>
          <w:rFonts w:ascii="Rockwell Light" w:hAnsi="Rockwell Light" w:cstheme="majorHAnsi"/>
          <w:lang w:val="sv-SE"/>
        </w:rPr>
        <w:fldChar w:fldCharType="separate"/>
      </w:r>
      <w:r w:rsidR="006A6A44" w:rsidRPr="00D500E2">
        <w:rPr>
          <w:rFonts w:ascii="Rockwell Light" w:hAnsi="Rockwell Light" w:cstheme="majorHAnsi"/>
          <w:lang w:val="sv-SE"/>
        </w:rPr>
        <w:t>BELOPP</w:t>
      </w:r>
      <w:r w:rsidR="006A6A44" w:rsidRPr="00D500E2">
        <w:rPr>
          <w:rFonts w:ascii="Rockwell Light" w:hAnsi="Rockwell Light" w:cstheme="majorHAnsi"/>
          <w:lang w:val="sv-SE"/>
        </w:rPr>
        <w:fldChar w:fldCharType="end"/>
      </w:r>
      <w:r w:rsidR="001F61D7" w:rsidRPr="00D500E2">
        <w:rPr>
          <w:rFonts w:ascii="Rockwell Light" w:hAnsi="Rockwell Light" w:cstheme="majorHAnsi"/>
          <w:lang w:val="sv-SE"/>
        </w:rPr>
        <w:t>]</w:t>
      </w:r>
      <w:r w:rsidRPr="00D500E2">
        <w:rPr>
          <w:rFonts w:ascii="Rockwell Light" w:hAnsi="Rockwell Light" w:cstheme="majorHAnsi"/>
          <w:lang w:val="sv-SE"/>
        </w:rPr>
        <w:t xml:space="preserve"> kr </w:t>
      </w:r>
      <w:r w:rsidR="001F61D7" w:rsidRPr="00D500E2">
        <w:rPr>
          <w:rFonts w:ascii="Rockwell Light" w:hAnsi="Rockwell Light" w:cstheme="majorHAnsi"/>
          <w:lang w:val="sv-SE"/>
        </w:rPr>
        <w:t>[</w:t>
      </w:r>
      <w:r w:rsidRPr="00D500E2">
        <w:rPr>
          <w:rFonts w:ascii="Rockwell Light" w:hAnsi="Rockwell Light" w:cstheme="majorHAnsi"/>
          <w:lang w:val="sv-SE"/>
        </w:rPr>
        <w:t>inkl. moms</w:t>
      </w:r>
      <w:r w:rsidR="001F61D7" w:rsidRPr="00D500E2">
        <w:rPr>
          <w:rFonts w:ascii="Rockwell Light" w:hAnsi="Rockwell Light" w:cstheme="majorHAnsi"/>
          <w:lang w:val="sv-SE"/>
        </w:rPr>
        <w:t>]</w:t>
      </w:r>
      <w:r w:rsidRPr="00D500E2">
        <w:rPr>
          <w:rFonts w:ascii="Rockwell Light" w:hAnsi="Rockwell Light" w:cstheme="majorHAnsi"/>
          <w:lang w:val="sv-SE"/>
        </w:rPr>
        <w:t xml:space="preserve"> för aktiviteter. Utbetalning sker mot kvitto godkänt av programansvarig.</w:t>
      </w:r>
    </w:p>
    <w:p w14:paraId="65CB4CAE" w14:textId="54B39B09" w:rsidR="0009308E" w:rsidRPr="00D500E2" w:rsidRDefault="6E902036" w:rsidP="33A49642">
      <w:pPr>
        <w:rPr>
          <w:rFonts w:ascii="Rockwell Light" w:hAnsi="Rockwell Light" w:cstheme="majorBidi"/>
          <w:lang w:val="sv-SE"/>
        </w:rPr>
      </w:pPr>
      <w:r w:rsidRPr="00D500E2">
        <w:rPr>
          <w:rFonts w:ascii="Rockwell Light" w:hAnsi="Rockwell Light" w:cstheme="majorBidi"/>
          <w:lang w:val="sv-SE"/>
        </w:rPr>
        <w:lastRenderedPageBreak/>
        <w:t xml:space="preserve">Kvitton lämnas in senast </w:t>
      </w:r>
      <w:r w:rsidR="5D1B7E4D" w:rsidRPr="00D500E2">
        <w:rPr>
          <w:rFonts w:ascii="Rockwell Light" w:hAnsi="Rockwell Light" w:cstheme="majorBidi"/>
          <w:lang w:val="sv-SE"/>
        </w:rPr>
        <w:t>[</w:t>
      </w:r>
      <w:r w:rsidR="008E22B1" w:rsidRPr="00D500E2">
        <w:rPr>
          <w:rFonts w:ascii="Rockwell Light" w:hAnsi="Rockwell Light" w:cstheme="majorBidi"/>
          <w:lang w:val="sv-SE"/>
        </w:rPr>
        <w:fldChar w:fldCharType="begin"/>
      </w:r>
      <w:r w:rsidR="008E22B1" w:rsidRPr="00D500E2">
        <w:rPr>
          <w:rFonts w:ascii="Rockwell Light" w:hAnsi="Rockwell Light" w:cstheme="majorBidi"/>
          <w:lang w:val="sv-SE"/>
        </w:rPr>
        <w:instrText xml:space="preserve"> CREATEDATE  \@ "d MMMM yyyy"  \* MERGEFORMAT </w:instrText>
      </w:r>
      <w:r w:rsidR="008E22B1" w:rsidRPr="00D500E2">
        <w:rPr>
          <w:rFonts w:ascii="Rockwell Light" w:hAnsi="Rockwell Light" w:cstheme="majorBidi"/>
          <w:lang w:val="sv-SE"/>
        </w:rPr>
        <w:fldChar w:fldCharType="separate"/>
      </w:r>
      <w:r w:rsidR="52F4FD5B" w:rsidRPr="00D500E2">
        <w:rPr>
          <w:rFonts w:ascii="Rockwell Light" w:hAnsi="Rockwell Light" w:cstheme="majorBidi"/>
          <w:noProof/>
          <w:lang w:val="sv-SE"/>
        </w:rPr>
        <w:t>24 December 2013</w:t>
      </w:r>
      <w:r w:rsidR="008E22B1" w:rsidRPr="00D500E2">
        <w:rPr>
          <w:rFonts w:ascii="Rockwell Light" w:hAnsi="Rockwell Light" w:cstheme="majorBidi"/>
          <w:lang w:val="sv-SE"/>
        </w:rPr>
        <w:fldChar w:fldCharType="end"/>
      </w:r>
      <w:r w:rsidR="5D1B7E4D" w:rsidRPr="00D500E2">
        <w:rPr>
          <w:rFonts w:ascii="Rockwell Light" w:hAnsi="Rockwell Light" w:cstheme="majorBidi"/>
          <w:lang w:val="sv-SE"/>
        </w:rPr>
        <w:t>]</w:t>
      </w:r>
    </w:p>
    <w:p w14:paraId="2E71F47A" w14:textId="19177C58" w:rsidR="00100D60" w:rsidRPr="00D500E2" w:rsidRDefault="4CDCDEF4" w:rsidP="0009308E">
      <w:pPr>
        <w:rPr>
          <w:rFonts w:ascii="Rockwell Light" w:hAnsi="Rockwell Light"/>
          <w:lang w:val="sv-SE"/>
        </w:rPr>
      </w:pPr>
      <w:r w:rsidRPr="00D500E2">
        <w:rPr>
          <w:rFonts w:ascii="Rockwell Light" w:hAnsi="Rockwell Light"/>
          <w:b/>
          <w:bCs/>
          <w:lang w:val="sv-SE"/>
        </w:rPr>
        <w:t>Vid f</w:t>
      </w:r>
      <w:r w:rsidR="6E902036" w:rsidRPr="00D500E2">
        <w:rPr>
          <w:rFonts w:ascii="Rockwell Light" w:hAnsi="Rockwell Light"/>
          <w:b/>
          <w:bCs/>
          <w:lang w:val="sv-SE"/>
        </w:rPr>
        <w:t>akturering</w:t>
      </w:r>
      <w:r w:rsidR="6E902036" w:rsidRPr="00D500E2">
        <w:rPr>
          <w:rFonts w:ascii="Rockwell Light" w:hAnsi="Rockwell Light"/>
          <w:lang w:val="sv-SE"/>
        </w:rPr>
        <w:t>:</w:t>
      </w:r>
    </w:p>
    <w:p w14:paraId="7BA1F546" w14:textId="67251630" w:rsidR="0009308E" w:rsidRPr="00D500E2" w:rsidRDefault="0009308E" w:rsidP="0009308E">
      <w:pPr>
        <w:rPr>
          <w:rFonts w:ascii="Rockwell Light" w:hAnsi="Rockwell Light"/>
          <w:lang w:val="sv-SE"/>
        </w:rPr>
      </w:pPr>
      <w:r w:rsidRPr="00D500E2">
        <w:rPr>
          <w:rFonts w:ascii="Rockwell Light" w:hAnsi="Rockwell Light"/>
          <w:lang w:val="sv-SE"/>
        </w:rPr>
        <w:t>Faktura skickas in till: [</w:t>
      </w:r>
      <w:r w:rsidRPr="00D500E2">
        <w:rPr>
          <w:rFonts w:ascii="Rockwell Light" w:hAnsi="Rockwell Light"/>
          <w:lang w:val="sv-SE"/>
        </w:rPr>
        <w:fldChar w:fldCharType="begin"/>
      </w:r>
      <w:r w:rsidRPr="00D500E2">
        <w:rPr>
          <w:rFonts w:ascii="Rockwell Light" w:hAnsi="Rockwell Light"/>
          <w:lang w:val="sv-SE"/>
        </w:rPr>
        <w:instrText xml:space="preserve"> USERADDRESS  adress \* Upper  \* MERGEFORMAT </w:instrText>
      </w:r>
      <w:r w:rsidRPr="00D500E2">
        <w:rPr>
          <w:rFonts w:ascii="Rockwell Light" w:hAnsi="Rockwell Light"/>
          <w:lang w:val="sv-SE"/>
        </w:rPr>
        <w:fldChar w:fldCharType="separate"/>
      </w:r>
      <w:r w:rsidRPr="00D500E2">
        <w:rPr>
          <w:rFonts w:ascii="Rockwell Light" w:hAnsi="Rockwell Light"/>
          <w:noProof/>
          <w:lang w:val="sv-SE"/>
        </w:rPr>
        <w:t>ADRESS</w:t>
      </w:r>
      <w:r w:rsidRPr="00D500E2">
        <w:rPr>
          <w:rFonts w:ascii="Rockwell Light" w:hAnsi="Rockwell Light"/>
          <w:lang w:val="sv-SE"/>
        </w:rPr>
        <w:fldChar w:fldCharType="end"/>
      </w:r>
      <w:r w:rsidRPr="00D500E2">
        <w:rPr>
          <w:rFonts w:ascii="Rockwell Light" w:hAnsi="Rockwell Light"/>
          <w:lang w:val="sv-SE"/>
        </w:rPr>
        <w:t>]</w:t>
      </w:r>
    </w:p>
    <w:p w14:paraId="64BCC7CE" w14:textId="5CE64A16" w:rsidR="00100D60" w:rsidRPr="00D500E2" w:rsidRDefault="008E22B1">
      <w:pPr>
        <w:rPr>
          <w:rFonts w:ascii="Rockwell Light" w:hAnsi="Rockwell Light" w:cstheme="majorHAnsi"/>
          <w:lang w:val="sv-SE"/>
        </w:rPr>
      </w:pPr>
      <w:r w:rsidRPr="00D500E2">
        <w:rPr>
          <w:rFonts w:ascii="Rockwell Light" w:hAnsi="Rockwell Light" w:cstheme="majorHAnsi"/>
          <w:lang w:val="sv-SE"/>
        </w:rPr>
        <w:t xml:space="preserve">Uppge referens: </w:t>
      </w:r>
      <w:r w:rsidR="001F61D7" w:rsidRPr="00D500E2">
        <w:rPr>
          <w:rFonts w:ascii="Rockwell Light" w:hAnsi="Rockwell Light" w:cstheme="majorHAnsi"/>
          <w:lang w:val="sv-SE"/>
        </w:rPr>
        <w:t>[</w:t>
      </w:r>
      <w:r w:rsidR="006A6A44" w:rsidRPr="00D500E2">
        <w:rPr>
          <w:rFonts w:ascii="Rockwell Light" w:hAnsi="Rockwell Light" w:cstheme="majorHAnsi"/>
          <w:lang w:val="sv-SE"/>
        </w:rPr>
        <w:fldChar w:fldCharType="begin"/>
      </w:r>
      <w:r w:rsidR="006A6A44" w:rsidRPr="00D500E2">
        <w:rPr>
          <w:rFonts w:ascii="Rockwell Light" w:hAnsi="Rockwell Light" w:cstheme="majorHAnsi"/>
          <w:lang w:val="sv-SE"/>
        </w:rPr>
        <w:instrText xml:space="preserve"> SUBJECT  referens \* Upper  \* MERGEFORMAT </w:instrText>
      </w:r>
      <w:r w:rsidR="006A6A44" w:rsidRPr="00D500E2">
        <w:rPr>
          <w:rFonts w:ascii="Rockwell Light" w:hAnsi="Rockwell Light" w:cstheme="majorHAnsi"/>
          <w:lang w:val="sv-SE"/>
        </w:rPr>
        <w:fldChar w:fldCharType="separate"/>
      </w:r>
      <w:r w:rsidR="006A6A44" w:rsidRPr="00D500E2">
        <w:rPr>
          <w:rFonts w:ascii="Rockwell Light" w:hAnsi="Rockwell Light" w:cstheme="majorHAnsi"/>
          <w:lang w:val="sv-SE"/>
        </w:rPr>
        <w:t>REFERENS</w:t>
      </w:r>
      <w:r w:rsidR="006A6A44" w:rsidRPr="00D500E2">
        <w:rPr>
          <w:rFonts w:ascii="Rockwell Light" w:hAnsi="Rockwell Light" w:cstheme="majorHAnsi"/>
          <w:lang w:val="sv-SE"/>
        </w:rPr>
        <w:fldChar w:fldCharType="end"/>
      </w:r>
      <w:r w:rsidR="001F61D7" w:rsidRPr="00D500E2">
        <w:rPr>
          <w:rFonts w:ascii="Rockwell Light" w:hAnsi="Rockwell Light" w:cstheme="majorHAnsi"/>
          <w:lang w:val="sv-SE"/>
        </w:rPr>
        <w:t>]</w:t>
      </w:r>
    </w:p>
    <w:p w14:paraId="394A21B9" w14:textId="01F73CAD" w:rsidR="00100D60" w:rsidRPr="00D500E2" w:rsidRDefault="008E22B1">
      <w:pPr>
        <w:rPr>
          <w:rFonts w:ascii="Rockwell Light" w:hAnsi="Rockwell Light" w:cstheme="majorHAnsi"/>
          <w:lang w:val="sv-SE"/>
        </w:rPr>
      </w:pPr>
      <w:r w:rsidRPr="00D500E2">
        <w:rPr>
          <w:rFonts w:ascii="Rockwell Light" w:hAnsi="Rockwell Light" w:cstheme="majorHAnsi"/>
          <w:lang w:val="sv-SE"/>
        </w:rPr>
        <w:t xml:space="preserve">Kontaktperson programansvarig: </w:t>
      </w:r>
      <w:r w:rsidR="001F61D7" w:rsidRPr="00D500E2">
        <w:rPr>
          <w:rFonts w:ascii="Rockwell Light" w:hAnsi="Rockwell Light" w:cstheme="majorHAnsi"/>
          <w:lang w:val="sv-SE"/>
        </w:rPr>
        <w:t>[</w:t>
      </w:r>
      <w:r w:rsidR="006A6A44" w:rsidRPr="00D500E2">
        <w:rPr>
          <w:rFonts w:ascii="Rockwell Light" w:hAnsi="Rockwell Light" w:cstheme="majorHAnsi"/>
          <w:lang w:val="sv-SE"/>
        </w:rPr>
        <w:fldChar w:fldCharType="begin"/>
      </w:r>
      <w:r w:rsidR="006A6A44" w:rsidRPr="00D500E2">
        <w:rPr>
          <w:rFonts w:ascii="Rockwell Light" w:hAnsi="Rockwell Light" w:cstheme="majorHAnsi"/>
          <w:lang w:val="sv-SE"/>
        </w:rPr>
        <w:instrText xml:space="preserve"> USERNAME  namn \* Upper  \* MERGEFORMAT </w:instrText>
      </w:r>
      <w:r w:rsidR="006A6A44" w:rsidRPr="00D500E2">
        <w:rPr>
          <w:rFonts w:ascii="Rockwell Light" w:hAnsi="Rockwell Light" w:cstheme="majorHAnsi"/>
          <w:lang w:val="sv-SE"/>
        </w:rPr>
        <w:fldChar w:fldCharType="separate"/>
      </w:r>
      <w:r w:rsidR="006A6A44" w:rsidRPr="00D500E2">
        <w:rPr>
          <w:rFonts w:ascii="Rockwell Light" w:hAnsi="Rockwell Light" w:cstheme="majorHAnsi"/>
          <w:noProof/>
          <w:lang w:val="sv-SE"/>
        </w:rPr>
        <w:t>NAMN</w:t>
      </w:r>
      <w:r w:rsidR="006A6A44" w:rsidRPr="00D500E2">
        <w:rPr>
          <w:rFonts w:ascii="Rockwell Light" w:hAnsi="Rockwell Light" w:cstheme="majorHAnsi"/>
          <w:lang w:val="sv-SE"/>
        </w:rPr>
        <w:fldChar w:fldCharType="end"/>
      </w:r>
      <w:r w:rsidR="001F61D7" w:rsidRPr="00D500E2">
        <w:rPr>
          <w:rFonts w:ascii="Rockwell Light" w:hAnsi="Rockwell Light" w:cstheme="majorHAnsi"/>
          <w:lang w:val="sv-SE"/>
        </w:rPr>
        <w:t>]</w:t>
      </w:r>
    </w:p>
    <w:p w14:paraId="6BFC81A8" w14:textId="079F5C9C" w:rsidR="00100D60" w:rsidRPr="00D500E2" w:rsidRDefault="008E22B1">
      <w:pPr>
        <w:rPr>
          <w:rFonts w:ascii="Rockwell Light" w:hAnsi="Rockwell Light" w:cstheme="majorHAnsi"/>
          <w:lang w:val="sv-SE"/>
        </w:rPr>
      </w:pPr>
      <w:r w:rsidRPr="00D500E2">
        <w:rPr>
          <w:rFonts w:ascii="Rockwell Light" w:hAnsi="Rockwell Light" w:cstheme="majorHAnsi"/>
          <w:lang w:val="sv-SE"/>
        </w:rPr>
        <w:t>Faktura skicka</w:t>
      </w:r>
      <w:r w:rsidR="006A6A44" w:rsidRPr="00D500E2">
        <w:rPr>
          <w:rFonts w:ascii="Rockwell Light" w:hAnsi="Rockwell Light" w:cstheme="majorHAnsi"/>
          <w:lang w:val="sv-SE"/>
        </w:rPr>
        <w:t>s in senast</w:t>
      </w:r>
      <w:r w:rsidRPr="00D500E2">
        <w:rPr>
          <w:rFonts w:ascii="Rockwell Light" w:hAnsi="Rockwell Light" w:cstheme="majorHAnsi"/>
          <w:lang w:val="sv-SE"/>
        </w:rPr>
        <w:t xml:space="preserve">: </w:t>
      </w:r>
      <w:r w:rsidR="001F61D7" w:rsidRPr="00D500E2">
        <w:rPr>
          <w:rFonts w:ascii="Rockwell Light" w:hAnsi="Rockwell Light" w:cstheme="majorHAnsi"/>
          <w:lang w:val="sv-SE"/>
        </w:rPr>
        <w:t>[</w:t>
      </w:r>
      <w:r w:rsidR="006A6A44" w:rsidRPr="00D500E2">
        <w:rPr>
          <w:rFonts w:ascii="Rockwell Light" w:hAnsi="Rockwell Light" w:cstheme="majorHAnsi"/>
          <w:lang w:val="sv-SE"/>
        </w:rPr>
        <w:fldChar w:fldCharType="begin"/>
      </w:r>
      <w:r w:rsidR="006A6A44" w:rsidRPr="00D500E2">
        <w:rPr>
          <w:rFonts w:ascii="Rockwell Light" w:hAnsi="Rockwell Light" w:cstheme="majorHAnsi"/>
          <w:lang w:val="sv-SE"/>
        </w:rPr>
        <w:instrText xml:space="preserve"> CREATEDATE  \@ "d MMMM yyyy"  \* MERGEFORMAT </w:instrText>
      </w:r>
      <w:r w:rsidR="006A6A44" w:rsidRPr="00D500E2">
        <w:rPr>
          <w:rFonts w:ascii="Rockwell Light" w:hAnsi="Rockwell Light" w:cstheme="majorHAnsi"/>
          <w:lang w:val="sv-SE"/>
        </w:rPr>
        <w:fldChar w:fldCharType="separate"/>
      </w:r>
      <w:r w:rsidR="006A6A44" w:rsidRPr="00D500E2">
        <w:rPr>
          <w:rFonts w:ascii="Rockwell Light" w:hAnsi="Rockwell Light" w:cstheme="majorHAnsi"/>
          <w:noProof/>
          <w:lang w:val="sv-SE"/>
        </w:rPr>
        <w:t>24 December 2013</w:t>
      </w:r>
      <w:r w:rsidR="006A6A44" w:rsidRPr="00D500E2">
        <w:rPr>
          <w:rFonts w:ascii="Rockwell Light" w:hAnsi="Rockwell Light" w:cstheme="majorHAnsi"/>
          <w:lang w:val="sv-SE"/>
        </w:rPr>
        <w:fldChar w:fldCharType="end"/>
      </w:r>
      <w:r w:rsidR="001F61D7" w:rsidRPr="00D500E2">
        <w:rPr>
          <w:rFonts w:ascii="Rockwell Light" w:hAnsi="Rockwell Light" w:cstheme="majorHAnsi"/>
          <w:lang w:val="sv-SE"/>
        </w:rPr>
        <w:t>]</w:t>
      </w:r>
    </w:p>
    <w:p w14:paraId="4D38FB92" w14:textId="77777777" w:rsidR="003038C5" w:rsidRPr="00D500E2" w:rsidRDefault="003038C5">
      <w:pPr>
        <w:rPr>
          <w:rFonts w:ascii="Rockwell Light" w:hAnsi="Rockwell Light" w:cstheme="majorHAnsi"/>
          <w:lang w:val="sv-SE"/>
        </w:rPr>
      </w:pPr>
    </w:p>
    <w:p w14:paraId="510706DC" w14:textId="77777777" w:rsidR="00100D60" w:rsidRPr="00D500E2" w:rsidRDefault="008E22B1" w:rsidP="0009308E">
      <w:pPr>
        <w:rPr>
          <w:rFonts w:ascii="Rockwell Light" w:hAnsi="Rockwell Light"/>
          <w:b/>
          <w:bCs/>
          <w:lang w:val="sv-SE"/>
        </w:rPr>
      </w:pPr>
      <w:r w:rsidRPr="00D500E2">
        <w:rPr>
          <w:rFonts w:ascii="Rockwell Light" w:hAnsi="Rockwell Light"/>
          <w:b/>
          <w:bCs/>
          <w:lang w:val="sv-SE"/>
        </w:rPr>
        <w:t>Övrigt:</w:t>
      </w:r>
    </w:p>
    <w:p w14:paraId="159F1771" w14:textId="33FBA7D8" w:rsidR="00100D60" w:rsidRPr="00D500E2" w:rsidRDefault="008E22B1">
      <w:pPr>
        <w:rPr>
          <w:rFonts w:ascii="Rockwell Light" w:hAnsi="Rockwell Light" w:cstheme="majorHAnsi"/>
          <w:lang w:val="sv-SE"/>
        </w:rPr>
      </w:pPr>
      <w:r w:rsidRPr="00D500E2">
        <w:rPr>
          <w:rFonts w:ascii="Rockwell Light" w:hAnsi="Rockwell Light" w:cstheme="majorHAnsi"/>
          <w:lang w:val="sv-SE"/>
        </w:rPr>
        <w:t>Mentorer förväntas delta i gemensamma träffar</w:t>
      </w:r>
      <w:r w:rsidR="0009308E" w:rsidRPr="00D500E2">
        <w:rPr>
          <w:rFonts w:ascii="Rockwell Light" w:hAnsi="Rockwell Light" w:cstheme="majorHAnsi"/>
          <w:lang w:val="sv-SE"/>
        </w:rPr>
        <w:t>.</w:t>
      </w:r>
    </w:p>
    <w:p w14:paraId="135304A6" w14:textId="1851EC0A" w:rsidR="00100D60" w:rsidRPr="00D500E2" w:rsidRDefault="6E902036" w:rsidP="33A49642">
      <w:pPr>
        <w:rPr>
          <w:rFonts w:ascii="Rockwell Light" w:hAnsi="Rockwell Light" w:cstheme="majorBidi"/>
          <w:lang w:val="sv-SE"/>
        </w:rPr>
      </w:pPr>
      <w:r w:rsidRPr="00D500E2">
        <w:rPr>
          <w:rFonts w:ascii="Rockwell Light" w:hAnsi="Rockwell Light" w:cstheme="majorBidi"/>
          <w:lang w:val="sv-SE"/>
        </w:rPr>
        <w:t xml:space="preserve">Antal gemensamma träffar: en fysisk uppstartsträff, en avslutningsträff samt </w:t>
      </w:r>
      <w:r w:rsidR="5D1B7E4D" w:rsidRPr="00D500E2">
        <w:rPr>
          <w:rFonts w:ascii="Rockwell Light" w:hAnsi="Rockwell Light" w:cstheme="majorBidi"/>
          <w:lang w:val="sv-SE"/>
        </w:rPr>
        <w:t>[</w:t>
      </w:r>
      <w:r w:rsidR="008E22B1" w:rsidRPr="00D500E2">
        <w:rPr>
          <w:rFonts w:ascii="Rockwell Light" w:hAnsi="Rockwell Light" w:cstheme="majorBidi"/>
          <w:lang w:val="sv-SE"/>
        </w:rPr>
        <w:fldChar w:fldCharType="begin"/>
      </w:r>
      <w:r w:rsidR="008E22B1" w:rsidRPr="00D500E2">
        <w:rPr>
          <w:rFonts w:ascii="Rockwell Light" w:hAnsi="Rockwell Light" w:cstheme="majorBidi"/>
          <w:lang w:val="sv-SE"/>
        </w:rPr>
        <w:instrText xml:space="preserve"> SUBJECT  "antal digitala träffar" \* Upper  \* MERGEFORMAT </w:instrText>
      </w:r>
      <w:r w:rsidR="008E22B1" w:rsidRPr="00D500E2">
        <w:rPr>
          <w:rFonts w:ascii="Rockwell Light" w:hAnsi="Rockwell Light" w:cstheme="majorBidi"/>
          <w:lang w:val="sv-SE"/>
        </w:rPr>
        <w:fldChar w:fldCharType="separate"/>
      </w:r>
      <w:r w:rsidR="52F4FD5B" w:rsidRPr="00D500E2">
        <w:rPr>
          <w:rFonts w:ascii="Rockwell Light" w:hAnsi="Rockwell Light" w:cstheme="majorBidi"/>
          <w:lang w:val="sv-SE"/>
        </w:rPr>
        <w:t>ANTAL DIGITALA TRÄFFAR</w:t>
      </w:r>
      <w:r w:rsidR="008E22B1" w:rsidRPr="00D500E2">
        <w:rPr>
          <w:rFonts w:ascii="Rockwell Light" w:hAnsi="Rockwell Light" w:cstheme="majorBidi"/>
          <w:lang w:val="sv-SE"/>
        </w:rPr>
        <w:fldChar w:fldCharType="end"/>
      </w:r>
      <w:r w:rsidR="5D1B7E4D" w:rsidRPr="00D500E2">
        <w:rPr>
          <w:rFonts w:ascii="Rockwell Light" w:hAnsi="Rockwell Light" w:cstheme="majorBidi"/>
          <w:lang w:val="sv-SE"/>
        </w:rPr>
        <w:t>]</w:t>
      </w:r>
      <w:r w:rsidRPr="00D500E2">
        <w:rPr>
          <w:rFonts w:ascii="Rockwell Light" w:hAnsi="Rockwell Light" w:cstheme="majorBidi"/>
          <w:lang w:val="sv-SE"/>
        </w:rPr>
        <w:t xml:space="preserve"> digitala träffar á </w:t>
      </w:r>
      <w:r w:rsidR="5D1B7E4D" w:rsidRPr="00D500E2">
        <w:rPr>
          <w:rFonts w:ascii="Rockwell Light" w:hAnsi="Rockwell Light" w:cstheme="majorBidi"/>
          <w:lang w:val="sv-SE"/>
        </w:rPr>
        <w:t>[</w:t>
      </w:r>
      <w:r w:rsidR="008E22B1" w:rsidRPr="00D500E2">
        <w:rPr>
          <w:rFonts w:ascii="Rockwell Light" w:hAnsi="Rockwell Light" w:cstheme="majorBidi"/>
          <w:lang w:val="sv-SE"/>
        </w:rPr>
        <w:fldChar w:fldCharType="begin"/>
      </w:r>
      <w:r w:rsidR="008E22B1" w:rsidRPr="00D500E2">
        <w:rPr>
          <w:rFonts w:ascii="Rockwell Light" w:hAnsi="Rockwell Light" w:cstheme="majorBidi"/>
          <w:lang w:val="sv-SE"/>
        </w:rPr>
        <w:instrText xml:space="preserve"> SUBJECT  "antal timmar" \* Upper  \* MERGEFORMAT </w:instrText>
      </w:r>
      <w:r w:rsidR="008E22B1" w:rsidRPr="00D500E2">
        <w:rPr>
          <w:rFonts w:ascii="Rockwell Light" w:hAnsi="Rockwell Light" w:cstheme="majorBidi"/>
          <w:lang w:val="sv-SE"/>
        </w:rPr>
        <w:fldChar w:fldCharType="separate"/>
      </w:r>
      <w:r w:rsidR="52F4FD5B" w:rsidRPr="00D500E2">
        <w:rPr>
          <w:rFonts w:ascii="Rockwell Light" w:hAnsi="Rockwell Light" w:cstheme="majorBidi"/>
          <w:lang w:val="sv-SE"/>
        </w:rPr>
        <w:t>ANTAL TIMMAR</w:t>
      </w:r>
      <w:r w:rsidR="008E22B1" w:rsidRPr="00D500E2">
        <w:rPr>
          <w:rFonts w:ascii="Rockwell Light" w:hAnsi="Rockwell Light" w:cstheme="majorBidi"/>
          <w:lang w:val="sv-SE"/>
        </w:rPr>
        <w:fldChar w:fldCharType="end"/>
      </w:r>
      <w:r w:rsidR="5D1B7E4D" w:rsidRPr="00D500E2">
        <w:rPr>
          <w:rFonts w:ascii="Rockwell Light" w:hAnsi="Rockwell Light" w:cstheme="majorBidi"/>
          <w:lang w:val="sv-SE"/>
        </w:rPr>
        <w:t>]</w:t>
      </w:r>
      <w:r w:rsidRPr="00D500E2">
        <w:rPr>
          <w:rFonts w:ascii="Rockwell Light" w:hAnsi="Rockwell Light" w:cstheme="majorBidi"/>
          <w:lang w:val="sv-SE"/>
        </w:rPr>
        <w:t xml:space="preserve"> timmar.</w:t>
      </w:r>
    </w:p>
    <w:p w14:paraId="6F30AF32" w14:textId="77777777" w:rsidR="006A6A44" w:rsidRPr="00D500E2" w:rsidRDefault="006A6A44">
      <w:pPr>
        <w:rPr>
          <w:rFonts w:ascii="Rockwell Light" w:hAnsi="Rockwell Light" w:cstheme="majorHAnsi"/>
          <w:lang w:val="sv-SE"/>
        </w:rPr>
      </w:pPr>
    </w:p>
    <w:p w14:paraId="61F3FF2F" w14:textId="77777777" w:rsidR="0009308E" w:rsidRPr="00D500E2" w:rsidRDefault="0009308E">
      <w:pPr>
        <w:rPr>
          <w:rFonts w:ascii="Rockwell Light" w:hAnsi="Rockwell Light" w:cstheme="majorHAnsi"/>
          <w:lang w:val="sv-SE"/>
        </w:rPr>
      </w:pPr>
    </w:p>
    <w:p w14:paraId="34795243" w14:textId="77777777" w:rsidR="0009308E" w:rsidRPr="00D500E2" w:rsidRDefault="0009308E">
      <w:pPr>
        <w:rPr>
          <w:rFonts w:ascii="Rockwell Light" w:hAnsi="Rockwell Light" w:cstheme="majorHAnsi"/>
          <w:lang w:val="sv-SE"/>
        </w:rPr>
      </w:pPr>
    </w:p>
    <w:p w14:paraId="4793FFF6" w14:textId="227D97A5" w:rsidR="006A6A44" w:rsidRPr="00D500E2" w:rsidRDefault="008E22B1" w:rsidP="006A6A44">
      <w:pPr>
        <w:rPr>
          <w:rFonts w:ascii="Rockwell Light" w:hAnsi="Rockwell Light" w:cstheme="majorHAnsi"/>
          <w:lang w:val="sv-SE"/>
        </w:rPr>
      </w:pPr>
      <w:r w:rsidRPr="00D500E2">
        <w:rPr>
          <w:rFonts w:ascii="Rockwell Light" w:hAnsi="Rockwell Light" w:cstheme="majorHAnsi"/>
          <w:lang w:val="sv-SE"/>
        </w:rPr>
        <w:t>Ort/datum:</w:t>
      </w:r>
      <w:r w:rsidR="006A6A44" w:rsidRPr="00D500E2">
        <w:rPr>
          <w:rFonts w:ascii="Rockwell Light" w:hAnsi="Rockwell Light" w:cstheme="majorHAnsi"/>
          <w:lang w:val="sv-SE"/>
        </w:rPr>
        <w:t xml:space="preserve">                                                                                    Ort/datum:</w:t>
      </w:r>
    </w:p>
    <w:p w14:paraId="72E6096D" w14:textId="13CF4D66" w:rsidR="00100D60" w:rsidRPr="00D500E2" w:rsidRDefault="00100D60">
      <w:pPr>
        <w:rPr>
          <w:rFonts w:ascii="Rockwell Light" w:hAnsi="Rockwell Light" w:cstheme="majorHAnsi"/>
          <w:lang w:val="sv-SE"/>
        </w:rPr>
      </w:pPr>
    </w:p>
    <w:p w14:paraId="611933A5" w14:textId="77777777" w:rsidR="003038C5" w:rsidRPr="00D500E2" w:rsidRDefault="003038C5">
      <w:pPr>
        <w:rPr>
          <w:rFonts w:ascii="Rockwell Light" w:hAnsi="Rockwell Light" w:cstheme="majorHAnsi"/>
          <w:lang w:val="sv-SE"/>
        </w:rPr>
      </w:pPr>
    </w:p>
    <w:p w14:paraId="47E8060D" w14:textId="0F002C46" w:rsidR="006A6A44" w:rsidRPr="00D500E2" w:rsidRDefault="008E22B1">
      <w:pPr>
        <w:rPr>
          <w:rFonts w:ascii="Rockwell Light" w:hAnsi="Rockwell Light" w:cstheme="majorHAnsi"/>
          <w:lang w:val="sv-SE"/>
        </w:rPr>
      </w:pPr>
      <w:r w:rsidRPr="00D500E2">
        <w:rPr>
          <w:rFonts w:ascii="Rockwell Light" w:hAnsi="Rockwell Light" w:cstheme="majorHAnsi"/>
          <w:lang w:val="sv-SE"/>
        </w:rPr>
        <w:br/>
      </w:r>
      <w:r w:rsidR="006A6A44" w:rsidRPr="00D500E2">
        <w:rPr>
          <w:rFonts w:ascii="Rockwell Light" w:hAnsi="Rockwell Light" w:cstheme="majorHAnsi"/>
          <w:lang w:val="sv-SE"/>
        </w:rPr>
        <w:t>________________________                                               ___________________________</w:t>
      </w:r>
    </w:p>
    <w:p w14:paraId="36E9C157" w14:textId="6B88983C" w:rsidR="003038C5" w:rsidRPr="00D500E2" w:rsidRDefault="003038C5">
      <w:pPr>
        <w:rPr>
          <w:rFonts w:ascii="Rockwell Light" w:hAnsi="Rockwell Light" w:cstheme="majorHAnsi"/>
          <w:lang w:val="sv-SE"/>
        </w:rPr>
      </w:pPr>
      <w:r w:rsidRPr="00D500E2">
        <w:rPr>
          <w:rFonts w:ascii="Rockwell Light" w:hAnsi="Rockwell Light" w:cstheme="majorHAnsi"/>
          <w:lang w:val="sv-SE"/>
        </w:rPr>
        <w:t>[</w:t>
      </w:r>
      <w:r w:rsidRPr="00D500E2">
        <w:rPr>
          <w:rFonts w:ascii="Rockwell Light" w:hAnsi="Rockwell Light" w:cstheme="majorHAnsi"/>
          <w:lang w:val="sv-SE"/>
        </w:rPr>
        <w:fldChar w:fldCharType="begin"/>
      </w:r>
      <w:r w:rsidRPr="00D500E2">
        <w:rPr>
          <w:rFonts w:ascii="Rockwell Light" w:hAnsi="Rockwell Light" w:cstheme="majorHAnsi"/>
          <w:lang w:val="sv-SE"/>
        </w:rPr>
        <w:instrText xml:space="preserve"> USERNAME  "Mentorns namn" \* Upper  \* MERGEFORMAT </w:instrText>
      </w:r>
      <w:r w:rsidRPr="00D500E2">
        <w:rPr>
          <w:rFonts w:ascii="Rockwell Light" w:hAnsi="Rockwell Light" w:cstheme="majorHAnsi"/>
          <w:lang w:val="sv-SE"/>
        </w:rPr>
        <w:fldChar w:fldCharType="separate"/>
      </w:r>
      <w:r w:rsidRPr="00D500E2">
        <w:rPr>
          <w:rFonts w:ascii="Rockwell Light" w:hAnsi="Rockwell Light" w:cstheme="majorHAnsi"/>
          <w:noProof/>
          <w:lang w:val="sv-SE"/>
        </w:rPr>
        <w:t>MENTORNS NAMN</w:t>
      </w:r>
      <w:r w:rsidRPr="00D500E2">
        <w:rPr>
          <w:rFonts w:ascii="Rockwell Light" w:hAnsi="Rockwell Light" w:cstheme="majorHAnsi"/>
          <w:lang w:val="sv-SE"/>
        </w:rPr>
        <w:fldChar w:fldCharType="end"/>
      </w:r>
      <w:r w:rsidRPr="00D500E2">
        <w:rPr>
          <w:rFonts w:ascii="Rockwell Light" w:hAnsi="Rockwell Light" w:cstheme="majorHAnsi"/>
          <w:lang w:val="sv-SE"/>
        </w:rPr>
        <w:t>]</w:t>
      </w:r>
      <w:r w:rsidR="006A6A44" w:rsidRPr="00D500E2">
        <w:rPr>
          <w:rFonts w:ascii="Rockwell Light" w:hAnsi="Rockwell Light" w:cstheme="majorHAnsi"/>
          <w:lang w:val="sv-SE"/>
        </w:rPr>
        <w:t xml:space="preserve">                                                                Namn </w:t>
      </w:r>
    </w:p>
    <w:p w14:paraId="10746A81" w14:textId="670A6051" w:rsidR="00100D60" w:rsidRPr="00D500E2" w:rsidRDefault="003038C5">
      <w:pPr>
        <w:rPr>
          <w:rFonts w:ascii="Rockwell Light" w:hAnsi="Rockwell Light" w:cstheme="majorHAnsi"/>
          <w:lang w:val="sv-SE"/>
        </w:rPr>
      </w:pPr>
      <w:r w:rsidRPr="00D500E2">
        <w:rPr>
          <w:rFonts w:ascii="Rockwell Light" w:hAnsi="Rockwell Light" w:cstheme="majorHAnsi"/>
          <w:lang w:val="sv-SE"/>
        </w:rPr>
        <w:t xml:space="preserve">                                                                                                     </w:t>
      </w:r>
      <w:r w:rsidR="001F61D7" w:rsidRPr="00D500E2">
        <w:rPr>
          <w:rFonts w:ascii="Rockwell Light" w:hAnsi="Rockwell Light" w:cstheme="majorHAnsi"/>
          <w:lang w:val="sv-SE"/>
        </w:rPr>
        <w:t>[</w:t>
      </w:r>
      <w:r w:rsidR="006A6A44" w:rsidRPr="00D500E2">
        <w:rPr>
          <w:rFonts w:ascii="Rockwell Light" w:hAnsi="Rockwell Light" w:cstheme="majorHAnsi"/>
          <w:lang w:val="sv-SE"/>
        </w:rPr>
        <w:fldChar w:fldCharType="begin"/>
      </w:r>
      <w:r w:rsidR="006A6A44" w:rsidRPr="00D500E2">
        <w:rPr>
          <w:rFonts w:ascii="Rockwell Light" w:hAnsi="Rockwell Light" w:cstheme="majorHAnsi"/>
          <w:lang w:val="sv-SE"/>
        </w:rPr>
        <w:instrText xml:space="preserve"> USERADDRESS  förening/organisation \* Upper  \* MERGEFORMAT </w:instrText>
      </w:r>
      <w:r w:rsidR="006A6A44" w:rsidRPr="00D500E2">
        <w:rPr>
          <w:rFonts w:ascii="Rockwell Light" w:hAnsi="Rockwell Light" w:cstheme="majorHAnsi"/>
          <w:lang w:val="sv-SE"/>
        </w:rPr>
        <w:fldChar w:fldCharType="separate"/>
      </w:r>
      <w:r w:rsidR="006A6A44" w:rsidRPr="00D500E2">
        <w:rPr>
          <w:rFonts w:ascii="Rockwell Light" w:hAnsi="Rockwell Light" w:cstheme="majorHAnsi"/>
          <w:noProof/>
          <w:lang w:val="sv-SE"/>
        </w:rPr>
        <w:t>FÖRENING/ORGANISATION</w:t>
      </w:r>
      <w:r w:rsidR="006A6A44" w:rsidRPr="00D500E2">
        <w:rPr>
          <w:rFonts w:ascii="Rockwell Light" w:hAnsi="Rockwell Light" w:cstheme="majorHAnsi"/>
          <w:lang w:val="sv-SE"/>
        </w:rPr>
        <w:fldChar w:fldCharType="end"/>
      </w:r>
      <w:r w:rsidR="001F61D7" w:rsidRPr="00D500E2">
        <w:rPr>
          <w:rFonts w:ascii="Rockwell Light" w:hAnsi="Rockwell Light" w:cstheme="majorHAnsi"/>
          <w:lang w:val="sv-SE"/>
        </w:rPr>
        <w:t>]</w:t>
      </w:r>
    </w:p>
    <w:sectPr w:rsidR="00100D60" w:rsidRPr="00D500E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 Light">
    <w:charset w:val="00"/>
    <w:family w:val="roman"/>
    <w:pitch w:val="variable"/>
    <w:sig w:usb0="80000287" w:usb1="00000000" w:usb2="00000000" w:usb3="00000000" w:csb0="0000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8570474">
    <w:abstractNumId w:val="8"/>
  </w:num>
  <w:num w:numId="2" w16cid:durableId="781144910">
    <w:abstractNumId w:val="6"/>
  </w:num>
  <w:num w:numId="3" w16cid:durableId="1083644750">
    <w:abstractNumId w:val="5"/>
  </w:num>
  <w:num w:numId="4" w16cid:durableId="498889613">
    <w:abstractNumId w:val="4"/>
  </w:num>
  <w:num w:numId="5" w16cid:durableId="1338846645">
    <w:abstractNumId w:val="7"/>
  </w:num>
  <w:num w:numId="6" w16cid:durableId="951982933">
    <w:abstractNumId w:val="3"/>
  </w:num>
  <w:num w:numId="7" w16cid:durableId="131140183">
    <w:abstractNumId w:val="2"/>
  </w:num>
  <w:num w:numId="8" w16cid:durableId="1038121790">
    <w:abstractNumId w:val="1"/>
  </w:num>
  <w:num w:numId="9" w16cid:durableId="755832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308E"/>
    <w:rsid w:val="00100D60"/>
    <w:rsid w:val="0015074B"/>
    <w:rsid w:val="00153A6C"/>
    <w:rsid w:val="001C4A19"/>
    <w:rsid w:val="001F61D7"/>
    <w:rsid w:val="0022188D"/>
    <w:rsid w:val="0029639D"/>
    <w:rsid w:val="003038C5"/>
    <w:rsid w:val="00326F90"/>
    <w:rsid w:val="004E70C4"/>
    <w:rsid w:val="00641FDB"/>
    <w:rsid w:val="0066A76A"/>
    <w:rsid w:val="006A6A44"/>
    <w:rsid w:val="008E22B1"/>
    <w:rsid w:val="00AA1D8D"/>
    <w:rsid w:val="00B47730"/>
    <w:rsid w:val="00C165CF"/>
    <w:rsid w:val="00CB0664"/>
    <w:rsid w:val="00D500E2"/>
    <w:rsid w:val="00E854AA"/>
    <w:rsid w:val="00FB450D"/>
    <w:rsid w:val="00FC693F"/>
    <w:rsid w:val="085DFD2C"/>
    <w:rsid w:val="0EA1FDB0"/>
    <w:rsid w:val="17BBD2C6"/>
    <w:rsid w:val="22C89D25"/>
    <w:rsid w:val="28AAC5A0"/>
    <w:rsid w:val="2EEB8E35"/>
    <w:rsid w:val="33A49642"/>
    <w:rsid w:val="34A7D6E4"/>
    <w:rsid w:val="433BE843"/>
    <w:rsid w:val="4CDCDEF4"/>
    <w:rsid w:val="52F4FD5B"/>
    <w:rsid w:val="53926069"/>
    <w:rsid w:val="55F794C2"/>
    <w:rsid w:val="571DC281"/>
    <w:rsid w:val="5D1B7E4D"/>
    <w:rsid w:val="6689B546"/>
    <w:rsid w:val="6C87CE78"/>
    <w:rsid w:val="6E04B106"/>
    <w:rsid w:val="6E902036"/>
    <w:rsid w:val="725C8A5B"/>
    <w:rsid w:val="739C41C9"/>
    <w:rsid w:val="757B60F2"/>
    <w:rsid w:val="7B2D9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991E61"/>
  <w14:defaultImageDpi w14:val="300"/>
  <w15:docId w15:val="{84BA6946-00EE-458B-B5BC-5B818D51E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tshllartext">
    <w:name w:val="Placeholder Text"/>
    <w:basedOn w:val="Standardstycketeckensnitt"/>
    <w:uiPriority w:val="99"/>
    <w:semiHidden/>
    <w:rsid w:val="00C165CF"/>
    <w:rPr>
      <w:color w:val="66666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9308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9308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9308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9308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930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9E3D31C09674D8FA18BD7FAA6F2AE" ma:contentTypeVersion="16" ma:contentTypeDescription="Create a new document." ma:contentTypeScope="" ma:versionID="1e2a5ce1f9b2926f375314da3e51bfa3">
  <xsd:schema xmlns:xsd="http://www.w3.org/2001/XMLSchema" xmlns:xs="http://www.w3.org/2001/XMLSchema" xmlns:p="http://schemas.microsoft.com/office/2006/metadata/properties" xmlns:ns2="a0886617-05aa-477d-862c-77cf07706860" xmlns:ns3="d023c2d0-4c7a-4b6d-a49e-d0b28447b98a" targetNamespace="http://schemas.microsoft.com/office/2006/metadata/properties" ma:root="true" ma:fieldsID="37ee250f62b6f7541dca5b3e45a66ac0" ns2:_="" ns3:_="">
    <xsd:import namespace="a0886617-05aa-477d-862c-77cf07706860"/>
    <xsd:import namespace="d023c2d0-4c7a-4b6d-a49e-d0b28447b9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86617-05aa-477d-862c-77cf07706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5793434-8faa-4eab-b69a-bbdbbb7e40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3c2d0-4c7a-4b6d-a49e-d0b28447b9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8f9e06e-c81d-4ecb-9ee3-88ab1495fd52}" ma:internalName="TaxCatchAll" ma:showField="CatchAllData" ma:web="d023c2d0-4c7a-4b6d-a49e-d0b28447b9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23c2d0-4c7a-4b6d-a49e-d0b28447b98a"/>
    <lcf76f155ced4ddcb4097134ff3c332f xmlns="a0886617-05aa-477d-862c-77cf077068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2C7D29-E399-4B7D-B206-EE11CEB93A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C0153A-63C3-4503-A871-63196ACF9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886617-05aa-477d-862c-77cf07706860"/>
    <ds:schemaRef ds:uri="d023c2d0-4c7a-4b6d-a49e-d0b28447b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31A4A7-4D27-42D9-ABE0-C10061405519}">
  <ds:schemaRefs>
    <ds:schemaRef ds:uri="http://schemas.microsoft.com/office/2006/metadata/properties"/>
    <ds:schemaRef ds:uri="http://schemas.microsoft.com/office/infopath/2007/PartnerControls"/>
    <ds:schemaRef ds:uri="d023c2d0-4c7a-4b6d-a49e-d0b28447b98a"/>
    <ds:schemaRef ds:uri="a0886617-05aa-477d-862c-77cf077068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557</Words>
  <Characters>2954</Characters>
  <Application>Microsoft Office Word</Application>
  <DocSecurity>0</DocSecurity>
  <Lines>24</Lines>
  <Paragraphs>7</Paragraphs>
  <ScaleCrop>false</ScaleCrop>
  <Manager/>
  <Company/>
  <LinksUpToDate>false</LinksUpToDate>
  <CharactersWithSpaces>3504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ort och datum</dc:subject>
  <dc:creator>python-docx</dc:creator>
  <cp:keywords/>
  <dc:description>generated by python-docx</dc:description>
  <cp:lastModifiedBy>Cati Kuoljok</cp:lastModifiedBy>
  <cp:revision>3</cp:revision>
  <cp:lastPrinted>2025-10-21T09:39:00Z</cp:lastPrinted>
  <dcterms:created xsi:type="dcterms:W3CDTF">2025-09-03T07:18:00Z</dcterms:created>
  <dcterms:modified xsi:type="dcterms:W3CDTF">2025-10-21T09:40:00Z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0x0101007DF9E3D31C09674D8FA18BD7FAA6F2AE</vt:lpwstr>
  </property>
</Properties>
</file>